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B1EC1" w14:textId="77777777" w:rsidR="00F6342E" w:rsidRPr="009A5561" w:rsidRDefault="00B177C6" w:rsidP="009A5561">
      <w:pPr>
        <w:spacing w:after="0" w:line="320" w:lineRule="exact"/>
        <w:jc w:val="right"/>
        <w:rPr>
          <w:sz w:val="20"/>
          <w:szCs w:val="20"/>
        </w:rPr>
      </w:pPr>
      <w:r w:rsidRPr="009A5561">
        <w:rPr>
          <w:sz w:val="20"/>
          <w:szCs w:val="20"/>
        </w:rPr>
        <w:t>令和8年7月吉日</w:t>
      </w:r>
    </w:p>
    <w:p w14:paraId="78C79313" w14:textId="77777777" w:rsidR="00F6342E" w:rsidRPr="009A5561" w:rsidRDefault="00B177C6" w:rsidP="009A5561">
      <w:pPr>
        <w:spacing w:after="0" w:line="320" w:lineRule="exact"/>
        <w:jc w:val="right"/>
        <w:rPr>
          <w:sz w:val="20"/>
          <w:szCs w:val="20"/>
        </w:rPr>
      </w:pPr>
      <w:r w:rsidRPr="009A5561">
        <w:rPr>
          <w:sz w:val="20"/>
          <w:szCs w:val="20"/>
        </w:rPr>
        <w:t>公益社団法人 日本鋳造工学会 東北支部</w:t>
      </w:r>
    </w:p>
    <w:p w14:paraId="1B622C40" w14:textId="77777777" w:rsidR="00F6342E" w:rsidRDefault="00B177C6" w:rsidP="009A5561">
      <w:pPr>
        <w:spacing w:after="0" w:line="320" w:lineRule="exact"/>
        <w:jc w:val="right"/>
      </w:pPr>
      <w:r w:rsidRPr="009A5561">
        <w:rPr>
          <w:sz w:val="20"/>
          <w:szCs w:val="20"/>
        </w:rPr>
        <w:t>支部長　及川 勝成</w:t>
      </w:r>
    </w:p>
    <w:p w14:paraId="20485FE7" w14:textId="77777777" w:rsidR="00F6342E" w:rsidRDefault="00B177C6">
      <w:pPr>
        <w:spacing w:before="80" w:after="60"/>
        <w:jc w:val="center"/>
      </w:pPr>
      <w:r>
        <w:rPr>
          <w:b/>
          <w:color w:val="1F4E79"/>
          <w:sz w:val="40"/>
        </w:rPr>
        <w:t>第25回 夏期鋳造講座</w:t>
      </w:r>
    </w:p>
    <w:p w14:paraId="1393F3CB" w14:textId="77777777" w:rsidR="00F6342E" w:rsidRDefault="00B177C6">
      <w:pPr>
        <w:spacing w:after="160"/>
        <w:jc w:val="center"/>
        <w:rPr>
          <w:lang w:eastAsia="ja-JP"/>
        </w:rPr>
      </w:pPr>
      <w:r>
        <w:rPr>
          <w:b/>
          <w:color w:val="4F6B7A"/>
          <w:sz w:val="24"/>
          <w:lang w:eastAsia="ja-JP"/>
        </w:rPr>
        <w:t>― 実習を交えて学ぶ、鋳造技術の基礎 ―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F6342E" w14:paraId="464F315D" w14:textId="77777777" w:rsidTr="001F7CEE">
        <w:trPr>
          <w:trHeight w:val="1191"/>
          <w:jc w:val="center"/>
        </w:trPr>
        <w:tc>
          <w:tcPr>
            <w:tcW w:w="10312" w:type="dxa"/>
            <w:shd w:val="clear" w:color="auto" w:fill="EAF3F8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2DFC622D" w14:textId="77777777" w:rsidR="00F6342E" w:rsidRDefault="00B177C6" w:rsidP="001F7CEE">
            <w:pPr>
              <w:spacing w:after="0" w:line="360" w:lineRule="exact"/>
              <w:ind w:firstLineChars="900" w:firstLine="2070"/>
              <w:rPr>
                <w:lang w:eastAsia="ja-JP"/>
              </w:rPr>
            </w:pPr>
            <w:r>
              <w:rPr>
                <w:b/>
                <w:color w:val="1F4E79"/>
                <w:sz w:val="23"/>
                <w:lang w:eastAsia="ja-JP"/>
              </w:rPr>
              <w:t>鋳造を基礎から学びたい方のための2日間講座です。</w:t>
            </w:r>
            <w:r>
              <w:rPr>
                <w:b/>
                <w:color w:val="1F4E79"/>
                <w:sz w:val="23"/>
                <w:lang w:eastAsia="ja-JP"/>
              </w:rPr>
              <w:br/>
            </w:r>
            <w:r>
              <w:rPr>
                <w:sz w:val="20"/>
                <w:lang w:eastAsia="ja-JP"/>
              </w:rPr>
              <w:t>鋳鉄、凝固・状態図、アルミニウム鋳造、シミュレーション、材料評価、X線CTまで、講義と実習を通して体系的に学びます。</w:t>
            </w:r>
          </w:p>
        </w:tc>
      </w:tr>
    </w:tbl>
    <w:p w14:paraId="67258E88" w14:textId="77777777" w:rsidR="00F6342E" w:rsidRDefault="00B177C6">
      <w:pPr>
        <w:spacing w:before="140" w:after="80"/>
      </w:pPr>
      <w:proofErr w:type="spellStart"/>
      <w:r>
        <w:rPr>
          <w:b/>
          <w:color w:val="1F4E79"/>
          <w:sz w:val="25"/>
        </w:rPr>
        <w:t>開催概要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7937"/>
      </w:tblGrid>
      <w:tr w:rsidR="00F6342E" w14:paraId="794456D3" w14:textId="77777777" w:rsidTr="001F7CEE">
        <w:trPr>
          <w:trHeight w:val="737"/>
          <w:jc w:val="center"/>
        </w:trPr>
        <w:tc>
          <w:tcPr>
            <w:tcW w:w="1757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D9D7C4" w14:textId="77777777" w:rsidR="00F6342E" w:rsidRDefault="00B177C6" w:rsidP="001F7CEE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20"/>
              </w:rPr>
              <w:t>日時</w:t>
            </w:r>
          </w:p>
        </w:tc>
        <w:tc>
          <w:tcPr>
            <w:tcW w:w="793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374450" w14:textId="77777777" w:rsidR="00F6342E" w:rsidRDefault="00B177C6" w:rsidP="001F7CEE">
            <w:pPr>
              <w:spacing w:after="0" w:line="240" w:lineRule="auto"/>
            </w:pPr>
            <w:r>
              <w:rPr>
                <w:sz w:val="20"/>
              </w:rPr>
              <w:t>令和8年9月3日（木）12:30受付開始 ～ 9月4日（金）16:00</w:t>
            </w:r>
          </w:p>
        </w:tc>
      </w:tr>
      <w:tr w:rsidR="00F6342E" w14:paraId="1D428D10" w14:textId="77777777" w:rsidTr="001F7CEE">
        <w:trPr>
          <w:trHeight w:val="737"/>
          <w:jc w:val="center"/>
        </w:trPr>
        <w:tc>
          <w:tcPr>
            <w:tcW w:w="1757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C3CB79" w14:textId="77777777" w:rsidR="00F6342E" w:rsidRDefault="00B177C6" w:rsidP="001F7CEE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20"/>
              </w:rPr>
              <w:t>会場</w:t>
            </w:r>
          </w:p>
        </w:tc>
        <w:tc>
          <w:tcPr>
            <w:tcW w:w="793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61AD4E" w14:textId="77777777" w:rsidR="00F6342E" w:rsidRDefault="00B177C6" w:rsidP="001F7CEE">
            <w:pPr>
              <w:spacing w:after="0" w:line="240" w:lineRule="auto"/>
              <w:rPr>
                <w:lang w:eastAsia="ja-JP"/>
              </w:rPr>
            </w:pPr>
            <w:r>
              <w:rPr>
                <w:sz w:val="20"/>
                <w:lang w:eastAsia="ja-JP"/>
              </w:rPr>
              <w:t>東北大学 工学研究科・工学部 るつぼホール</w:t>
            </w:r>
            <w:r>
              <w:rPr>
                <w:sz w:val="20"/>
                <w:lang w:eastAsia="ja-JP"/>
              </w:rPr>
              <w:br/>
              <w:t>〒980-8579 宮城県仙台市青葉区荒巻字青葉6-6</w:t>
            </w:r>
          </w:p>
        </w:tc>
      </w:tr>
      <w:tr w:rsidR="00F6342E" w14:paraId="303B489C" w14:textId="77777777" w:rsidTr="001F7CEE">
        <w:trPr>
          <w:trHeight w:val="737"/>
          <w:jc w:val="center"/>
        </w:trPr>
        <w:tc>
          <w:tcPr>
            <w:tcW w:w="1757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2A5EE1" w14:textId="77777777" w:rsidR="00F6342E" w:rsidRDefault="00B177C6" w:rsidP="001F7CE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1F4E79"/>
                <w:sz w:val="20"/>
              </w:rPr>
              <w:t>対象</w:t>
            </w:r>
            <w:proofErr w:type="spellEnd"/>
          </w:p>
        </w:tc>
        <w:tc>
          <w:tcPr>
            <w:tcW w:w="793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869CD3" w14:textId="77777777" w:rsidR="00F6342E" w:rsidRDefault="00B177C6" w:rsidP="001F7CEE">
            <w:pPr>
              <w:spacing w:after="0" w:line="240" w:lineRule="auto"/>
              <w:rPr>
                <w:lang w:eastAsia="ja-JP"/>
              </w:rPr>
            </w:pPr>
            <w:r>
              <w:rPr>
                <w:sz w:val="20"/>
                <w:lang w:eastAsia="ja-JP"/>
              </w:rPr>
              <w:t>鋳造技術を基礎から学びたい方（初心者向け）</w:t>
            </w:r>
          </w:p>
        </w:tc>
      </w:tr>
      <w:tr w:rsidR="00F6342E" w14:paraId="1BA6CDB0" w14:textId="77777777" w:rsidTr="001F7CEE">
        <w:trPr>
          <w:trHeight w:val="737"/>
          <w:jc w:val="center"/>
        </w:trPr>
        <w:tc>
          <w:tcPr>
            <w:tcW w:w="1757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5D492F" w14:textId="77777777" w:rsidR="00F6342E" w:rsidRDefault="00B177C6" w:rsidP="001F7CE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1F4E79"/>
                <w:sz w:val="20"/>
              </w:rPr>
              <w:t>定員</w:t>
            </w:r>
            <w:proofErr w:type="spellEnd"/>
          </w:p>
        </w:tc>
        <w:tc>
          <w:tcPr>
            <w:tcW w:w="793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CD78FA" w14:textId="77777777" w:rsidR="00F6342E" w:rsidRDefault="00B177C6" w:rsidP="001F7CEE">
            <w:pPr>
              <w:spacing w:after="0" w:line="240" w:lineRule="auto"/>
            </w:pPr>
            <w:r>
              <w:rPr>
                <w:sz w:val="20"/>
              </w:rPr>
              <w:t>20名（先着順）</w:t>
            </w:r>
          </w:p>
        </w:tc>
      </w:tr>
      <w:tr w:rsidR="00F6342E" w14:paraId="522E05E7" w14:textId="77777777" w:rsidTr="001F7CEE">
        <w:trPr>
          <w:trHeight w:val="737"/>
          <w:jc w:val="center"/>
        </w:trPr>
        <w:tc>
          <w:tcPr>
            <w:tcW w:w="1757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2D9B9F" w14:textId="77777777" w:rsidR="00F6342E" w:rsidRDefault="00B177C6" w:rsidP="001F7CEE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20"/>
              </w:rPr>
              <w:t>参加費</w:t>
            </w:r>
          </w:p>
        </w:tc>
        <w:tc>
          <w:tcPr>
            <w:tcW w:w="793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B815EE" w14:textId="77777777" w:rsidR="00F6342E" w:rsidRDefault="00B177C6" w:rsidP="001F7CEE">
            <w:pPr>
              <w:spacing w:after="0" w:line="240" w:lineRule="auto"/>
              <w:rPr>
                <w:lang w:eastAsia="ja-JP"/>
              </w:rPr>
            </w:pPr>
            <w:r>
              <w:rPr>
                <w:sz w:val="20"/>
                <w:lang w:eastAsia="ja-JP"/>
              </w:rPr>
              <w:t>日本鋳造工学会会員：5,000円　／　非会員：10,000円</w:t>
            </w:r>
            <w:r>
              <w:rPr>
                <w:sz w:val="20"/>
                <w:lang w:eastAsia="ja-JP"/>
              </w:rPr>
              <w:br/>
              <w:t>※当日までに入会した場合は会員価格。維持会員は2名まで会員価格。</w:t>
            </w:r>
          </w:p>
        </w:tc>
      </w:tr>
      <w:tr w:rsidR="00F6342E" w14:paraId="72C7D924" w14:textId="77777777" w:rsidTr="001F7CEE">
        <w:trPr>
          <w:trHeight w:val="737"/>
          <w:jc w:val="center"/>
        </w:trPr>
        <w:tc>
          <w:tcPr>
            <w:tcW w:w="1757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A562D5" w14:textId="77777777" w:rsidR="00F6342E" w:rsidRDefault="00B177C6" w:rsidP="001F7CE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1F4E79"/>
                <w:sz w:val="20"/>
              </w:rPr>
              <w:t>交流会</w:t>
            </w:r>
            <w:proofErr w:type="spellEnd"/>
          </w:p>
        </w:tc>
        <w:tc>
          <w:tcPr>
            <w:tcW w:w="793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A7CB6E" w14:textId="77777777" w:rsidR="00F6342E" w:rsidRDefault="00B177C6" w:rsidP="001F7CEE">
            <w:pPr>
              <w:spacing w:after="0" w:line="240" w:lineRule="auto"/>
              <w:rPr>
                <w:sz w:val="20"/>
                <w:lang w:eastAsia="ja-JP"/>
              </w:rPr>
            </w:pPr>
            <w:r>
              <w:rPr>
                <w:sz w:val="20"/>
              </w:rPr>
              <w:t>9月3日（木）17:30～19:30　参加費 5,500円</w:t>
            </w:r>
          </w:p>
          <w:p w14:paraId="45CD5F25" w14:textId="2C79C7AF" w:rsidR="001F7CEE" w:rsidRPr="001F7CEE" w:rsidRDefault="001F7CEE" w:rsidP="001F7CEE">
            <w:pPr>
              <w:spacing w:after="0" w:line="240" w:lineRule="auto"/>
              <w:rPr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>会場　こもれびカフェ（東北大学青葉山東キャンパス内）</w:t>
            </w:r>
          </w:p>
        </w:tc>
      </w:tr>
      <w:tr w:rsidR="00F6342E" w14:paraId="7AADBC1F" w14:textId="77777777" w:rsidTr="001F7CEE">
        <w:trPr>
          <w:trHeight w:val="737"/>
          <w:jc w:val="center"/>
        </w:trPr>
        <w:tc>
          <w:tcPr>
            <w:tcW w:w="1757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E23DF3" w14:textId="77777777" w:rsidR="00F6342E" w:rsidRDefault="00B177C6" w:rsidP="001F7CEE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1F4E79"/>
                <w:sz w:val="20"/>
              </w:rPr>
              <w:t>修了証</w:t>
            </w:r>
            <w:proofErr w:type="spellEnd"/>
          </w:p>
        </w:tc>
        <w:tc>
          <w:tcPr>
            <w:tcW w:w="793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6F877E" w14:textId="77777777" w:rsidR="00F6342E" w:rsidRDefault="00B177C6" w:rsidP="001F7CEE">
            <w:pPr>
              <w:spacing w:after="0" w:line="240" w:lineRule="auto"/>
              <w:rPr>
                <w:lang w:eastAsia="ja-JP"/>
              </w:rPr>
            </w:pPr>
            <w:r>
              <w:rPr>
                <w:sz w:val="20"/>
                <w:lang w:eastAsia="ja-JP"/>
              </w:rPr>
              <w:t>全日程を受講された方に、東北支部より修了証を授与します。</w:t>
            </w:r>
          </w:p>
        </w:tc>
      </w:tr>
    </w:tbl>
    <w:p w14:paraId="7616D8CF" w14:textId="77777777" w:rsidR="00F6342E" w:rsidRDefault="00B177C6">
      <w:pPr>
        <w:spacing w:before="160" w:after="80"/>
      </w:pPr>
      <w:proofErr w:type="spellStart"/>
      <w:r>
        <w:rPr>
          <w:b/>
          <w:color w:val="C65911"/>
          <w:sz w:val="25"/>
        </w:rPr>
        <w:t>受講者へのお願い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F6342E" w14:paraId="406DA819" w14:textId="77777777">
        <w:trPr>
          <w:jc w:val="center"/>
        </w:trPr>
        <w:tc>
          <w:tcPr>
            <w:tcW w:w="10312" w:type="dxa"/>
            <w:shd w:val="clear" w:color="auto" w:fill="FFF2C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5887E99" w14:textId="77777777" w:rsidR="00F6342E" w:rsidRDefault="00B177C6">
            <w:pPr>
              <w:rPr>
                <w:lang w:eastAsia="ja-JP"/>
              </w:rPr>
            </w:pPr>
            <w:r>
              <w:rPr>
                <w:b/>
                <w:color w:val="C65911"/>
                <w:sz w:val="22"/>
                <w:lang w:eastAsia="ja-JP"/>
              </w:rPr>
              <w:t>ノートPCをご持参ください。</w:t>
            </w:r>
            <w:r>
              <w:rPr>
                <w:sz w:val="20"/>
                <w:lang w:eastAsia="ja-JP"/>
              </w:rPr>
              <w:br/>
              <w:t>「鋳造シミュレーションとはどのようなものなのか」を紹介するとともに、受講者自身の手で体験していただきますので、エクセル等の表計算ソフトがインストールされたノートPCをお持ちください。</w:t>
            </w:r>
            <w:r>
              <w:rPr>
                <w:b/>
                <w:sz w:val="20"/>
                <w:lang w:eastAsia="ja-JP"/>
              </w:rPr>
              <w:br/>
              <w:t>Wi-Fiは使用できませんが、電源コンセントは使用可能です。</w:t>
            </w:r>
          </w:p>
        </w:tc>
      </w:tr>
    </w:tbl>
    <w:p w14:paraId="346C3B6E" w14:textId="2CF646B6" w:rsidR="003D7BEE" w:rsidRDefault="003D7BEE">
      <w:pPr>
        <w:rPr>
          <w:b/>
          <w:color w:val="1F4E79"/>
          <w:sz w:val="25"/>
          <w:lang w:eastAsia="ja-JP"/>
        </w:rPr>
      </w:pPr>
    </w:p>
    <w:p w14:paraId="17ACD9AE" w14:textId="77777777" w:rsidR="003D7BEE" w:rsidRDefault="003D7BEE" w:rsidP="003D7BEE">
      <w:pPr>
        <w:spacing w:after="140"/>
        <w:jc w:val="center"/>
      </w:pPr>
      <w:r>
        <w:rPr>
          <w:b/>
          <w:color w:val="1F4E79"/>
          <w:sz w:val="36"/>
        </w:rPr>
        <w:lastRenderedPageBreak/>
        <w:t>講座スケジュール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72"/>
        <w:gridCol w:w="2154"/>
        <w:gridCol w:w="3231"/>
        <w:gridCol w:w="2665"/>
      </w:tblGrid>
      <w:tr w:rsidR="003D7BEE" w14:paraId="0723F938" w14:textId="77777777" w:rsidTr="00D61DAE">
        <w:trPr>
          <w:tblHeader/>
          <w:jc w:val="center"/>
        </w:trPr>
        <w:tc>
          <w:tcPr>
            <w:tcW w:w="2272" w:type="dxa"/>
            <w:shd w:val="clear" w:color="auto" w:fill="1F4E7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5D27A906" w14:textId="77777777" w:rsidR="003D7BEE" w:rsidRDefault="003D7BEE" w:rsidP="00D61DAE">
            <w:pPr>
              <w:spacing w:after="0" w:line="420" w:lineRule="exact"/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日程</w:t>
            </w:r>
            <w:proofErr w:type="spellEnd"/>
          </w:p>
        </w:tc>
        <w:tc>
          <w:tcPr>
            <w:tcW w:w="2154" w:type="dxa"/>
            <w:shd w:val="clear" w:color="auto" w:fill="1F4E7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558C2997" w14:textId="77777777" w:rsidR="003D7BEE" w:rsidRDefault="003D7BEE" w:rsidP="00D61DAE">
            <w:pPr>
              <w:spacing w:after="0" w:line="420" w:lineRule="exact"/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時間</w:t>
            </w:r>
            <w:proofErr w:type="spellEnd"/>
          </w:p>
        </w:tc>
        <w:tc>
          <w:tcPr>
            <w:tcW w:w="3231" w:type="dxa"/>
            <w:shd w:val="clear" w:color="auto" w:fill="1F4E7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7D245A99" w14:textId="77777777" w:rsidR="003D7BEE" w:rsidRDefault="003D7BEE" w:rsidP="00D61DAE">
            <w:pPr>
              <w:spacing w:after="0" w:line="420" w:lineRule="exact"/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内容</w:t>
            </w:r>
            <w:proofErr w:type="spellEnd"/>
          </w:p>
        </w:tc>
        <w:tc>
          <w:tcPr>
            <w:tcW w:w="2665" w:type="dxa"/>
            <w:shd w:val="clear" w:color="auto" w:fill="1F4E79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76B48A21" w14:textId="77777777" w:rsidR="003D7BEE" w:rsidRDefault="003D7BEE" w:rsidP="00D61DAE">
            <w:pPr>
              <w:spacing w:after="0" w:line="420" w:lineRule="exact"/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講師・担当</w:t>
            </w:r>
            <w:proofErr w:type="spellEnd"/>
          </w:p>
        </w:tc>
      </w:tr>
      <w:tr w:rsidR="003D7BEE" w14:paraId="59B7636B" w14:textId="77777777" w:rsidTr="00D61DAE">
        <w:trPr>
          <w:jc w:val="center"/>
        </w:trPr>
        <w:tc>
          <w:tcPr>
            <w:tcW w:w="2272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0A1C9C1C" w14:textId="77777777" w:rsidR="003D7BEE" w:rsidRPr="003D7BEE" w:rsidRDefault="003D7BEE" w:rsidP="00D61DAE">
            <w:pPr>
              <w:spacing w:after="0" w:line="420" w:lineRule="exact"/>
              <w:jc w:val="both"/>
              <w:rPr>
                <w:sz w:val="18"/>
                <w:lang w:eastAsia="ja-JP"/>
              </w:rPr>
            </w:pPr>
            <w:r>
              <w:rPr>
                <w:sz w:val="18"/>
              </w:rPr>
              <w:t>1日目　9月3日（木）</w:t>
            </w:r>
          </w:p>
        </w:tc>
        <w:tc>
          <w:tcPr>
            <w:tcW w:w="2154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069D8B95" w14:textId="77777777" w:rsidR="003D7BEE" w:rsidRDefault="003D7BEE" w:rsidP="00D61DAE">
            <w:pPr>
              <w:spacing w:after="0" w:line="420" w:lineRule="exact"/>
              <w:jc w:val="center"/>
            </w:pPr>
            <w:r>
              <w:rPr>
                <w:sz w:val="18"/>
              </w:rPr>
              <w:t>12:30～13:00</w:t>
            </w:r>
          </w:p>
        </w:tc>
        <w:tc>
          <w:tcPr>
            <w:tcW w:w="3231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65008973" w14:textId="77777777" w:rsidR="003D7BEE" w:rsidRDefault="003D7BEE" w:rsidP="00D61DAE">
            <w:pPr>
              <w:spacing w:after="0" w:line="420" w:lineRule="exact"/>
              <w:jc w:val="both"/>
            </w:pPr>
            <w:r>
              <w:rPr>
                <w:b/>
                <w:sz w:val="18"/>
              </w:rPr>
              <w:t>受付</w:t>
            </w:r>
          </w:p>
        </w:tc>
        <w:tc>
          <w:tcPr>
            <w:tcW w:w="2665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60A5F510" w14:textId="77777777" w:rsidR="003D7BEE" w:rsidRDefault="003D7BEE" w:rsidP="00D61DAE">
            <w:pPr>
              <w:spacing w:after="0" w:line="420" w:lineRule="exact"/>
              <w:jc w:val="both"/>
            </w:pPr>
          </w:p>
        </w:tc>
      </w:tr>
      <w:tr w:rsidR="003D7BEE" w14:paraId="05320A52" w14:textId="77777777" w:rsidTr="00D61DAE">
        <w:trPr>
          <w:jc w:val="center"/>
        </w:trPr>
        <w:tc>
          <w:tcPr>
            <w:tcW w:w="2272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6B6DDC55" w14:textId="77777777" w:rsidR="003D7BEE" w:rsidRDefault="003D7BEE" w:rsidP="00D61DAE">
            <w:pPr>
              <w:spacing w:after="0" w:line="420" w:lineRule="exact"/>
              <w:jc w:val="both"/>
            </w:pPr>
          </w:p>
        </w:tc>
        <w:tc>
          <w:tcPr>
            <w:tcW w:w="2154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70AA8843" w14:textId="77777777" w:rsidR="003D7BEE" w:rsidRDefault="003D7BEE" w:rsidP="00D61DAE">
            <w:pPr>
              <w:spacing w:after="0" w:line="420" w:lineRule="exact"/>
              <w:jc w:val="center"/>
            </w:pPr>
            <w:r>
              <w:rPr>
                <w:sz w:val="18"/>
              </w:rPr>
              <w:t>13:00～13:05</w:t>
            </w:r>
          </w:p>
        </w:tc>
        <w:tc>
          <w:tcPr>
            <w:tcW w:w="3231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593A5505" w14:textId="77777777" w:rsidR="003D7BEE" w:rsidRDefault="003D7BEE" w:rsidP="00D61DAE">
            <w:pPr>
              <w:spacing w:after="0" w:line="420" w:lineRule="exact"/>
              <w:jc w:val="both"/>
            </w:pPr>
            <w:r>
              <w:rPr>
                <w:b/>
                <w:sz w:val="18"/>
              </w:rPr>
              <w:t>オリエンテーション</w:t>
            </w:r>
          </w:p>
        </w:tc>
        <w:tc>
          <w:tcPr>
            <w:tcW w:w="2665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2DDC8333" w14:textId="77777777" w:rsidR="003D7BEE" w:rsidRDefault="003D7BEE" w:rsidP="00D61DAE">
            <w:pPr>
              <w:spacing w:after="0" w:line="420" w:lineRule="exact"/>
              <w:jc w:val="both"/>
              <w:rPr>
                <w:sz w:val="18"/>
                <w:lang w:eastAsia="ja-JP"/>
              </w:rPr>
            </w:pPr>
            <w:r>
              <w:rPr>
                <w:sz w:val="18"/>
              </w:rPr>
              <w:t>日本鋳造工学会東北支部</w:t>
            </w:r>
          </w:p>
          <w:p w14:paraId="7FA201F5" w14:textId="77777777" w:rsidR="003D7BEE" w:rsidRDefault="003D7BEE" w:rsidP="00D61DAE">
            <w:pPr>
              <w:spacing w:after="0" w:line="420" w:lineRule="exact"/>
              <w:jc w:val="both"/>
            </w:pPr>
            <w:r>
              <w:rPr>
                <w:sz w:val="18"/>
              </w:rPr>
              <w:t>内海 宏和</w:t>
            </w:r>
          </w:p>
        </w:tc>
      </w:tr>
      <w:tr w:rsidR="003D7BEE" w14:paraId="71FCA015" w14:textId="77777777" w:rsidTr="00D61DAE">
        <w:trPr>
          <w:jc w:val="center"/>
        </w:trPr>
        <w:tc>
          <w:tcPr>
            <w:tcW w:w="2272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6BC29812" w14:textId="77777777" w:rsidR="003D7BEE" w:rsidRDefault="003D7BEE" w:rsidP="00D61DAE">
            <w:pPr>
              <w:spacing w:after="0" w:line="420" w:lineRule="exact"/>
              <w:jc w:val="both"/>
            </w:pPr>
          </w:p>
        </w:tc>
        <w:tc>
          <w:tcPr>
            <w:tcW w:w="2154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2350D1CB" w14:textId="77777777" w:rsidR="003D7BEE" w:rsidRDefault="003D7BEE" w:rsidP="00D61DAE">
            <w:pPr>
              <w:spacing w:after="0" w:line="420" w:lineRule="exact"/>
              <w:jc w:val="center"/>
            </w:pPr>
            <w:r>
              <w:rPr>
                <w:sz w:val="18"/>
              </w:rPr>
              <w:t>13:05～13:10</w:t>
            </w:r>
          </w:p>
        </w:tc>
        <w:tc>
          <w:tcPr>
            <w:tcW w:w="3231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6E8D17E8" w14:textId="77777777" w:rsidR="003D7BEE" w:rsidRDefault="003D7BEE" w:rsidP="00D61DAE">
            <w:pPr>
              <w:spacing w:after="0" w:line="420" w:lineRule="exact"/>
              <w:jc w:val="both"/>
            </w:pPr>
            <w:r>
              <w:rPr>
                <w:b/>
                <w:sz w:val="18"/>
              </w:rPr>
              <w:t>開講式</w:t>
            </w:r>
          </w:p>
        </w:tc>
        <w:tc>
          <w:tcPr>
            <w:tcW w:w="2665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35DB2434" w14:textId="77777777" w:rsidR="003D7BEE" w:rsidRDefault="003D7BEE" w:rsidP="00D61DAE">
            <w:pPr>
              <w:spacing w:after="0" w:line="420" w:lineRule="exact"/>
              <w:jc w:val="both"/>
              <w:rPr>
                <w:sz w:val="18"/>
                <w:lang w:eastAsia="ja-JP"/>
              </w:rPr>
            </w:pPr>
            <w:r>
              <w:rPr>
                <w:sz w:val="18"/>
              </w:rPr>
              <w:t>日本鋳造工学会東北支部</w:t>
            </w:r>
          </w:p>
          <w:p w14:paraId="3308C1B9" w14:textId="77777777" w:rsidR="003D7BEE" w:rsidRDefault="003D7BEE" w:rsidP="00D61DAE">
            <w:pPr>
              <w:spacing w:after="0" w:line="420" w:lineRule="exact"/>
              <w:jc w:val="both"/>
            </w:pPr>
            <w:r>
              <w:rPr>
                <w:sz w:val="18"/>
              </w:rPr>
              <w:t>支部長　及川 勝成</w:t>
            </w:r>
          </w:p>
        </w:tc>
      </w:tr>
      <w:tr w:rsidR="003D7BEE" w14:paraId="6FF2653E" w14:textId="77777777" w:rsidTr="00D61DAE">
        <w:trPr>
          <w:jc w:val="center"/>
        </w:trPr>
        <w:tc>
          <w:tcPr>
            <w:tcW w:w="2272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03964995" w14:textId="77777777" w:rsidR="003D7BEE" w:rsidRDefault="003D7BEE" w:rsidP="00D61DAE">
            <w:pPr>
              <w:spacing w:after="0" w:line="420" w:lineRule="exact"/>
              <w:jc w:val="both"/>
            </w:pPr>
          </w:p>
        </w:tc>
        <w:tc>
          <w:tcPr>
            <w:tcW w:w="2154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379187A9" w14:textId="77777777" w:rsidR="003D7BEE" w:rsidRDefault="003D7BEE" w:rsidP="00D61DAE">
            <w:pPr>
              <w:spacing w:after="0" w:line="420" w:lineRule="exact"/>
              <w:jc w:val="center"/>
            </w:pPr>
            <w:r>
              <w:rPr>
                <w:sz w:val="18"/>
              </w:rPr>
              <w:t>13:10～14:20</w:t>
            </w:r>
          </w:p>
        </w:tc>
        <w:tc>
          <w:tcPr>
            <w:tcW w:w="3231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650E3084" w14:textId="77777777" w:rsidR="003D7BEE" w:rsidRDefault="003D7BEE" w:rsidP="00D61DAE">
            <w:pPr>
              <w:spacing w:after="0" w:line="420" w:lineRule="exact"/>
              <w:jc w:val="both"/>
            </w:pPr>
            <w:r>
              <w:rPr>
                <w:b/>
                <w:sz w:val="18"/>
              </w:rPr>
              <w:t>鋳鉄の基礎</w:t>
            </w:r>
          </w:p>
        </w:tc>
        <w:tc>
          <w:tcPr>
            <w:tcW w:w="2665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6C6814C9" w14:textId="77777777" w:rsidR="003D7BEE" w:rsidRDefault="003D7BEE" w:rsidP="00D61DAE">
            <w:pPr>
              <w:spacing w:after="0" w:line="420" w:lineRule="exact"/>
              <w:jc w:val="both"/>
            </w:pPr>
            <w:r>
              <w:rPr>
                <w:sz w:val="18"/>
              </w:rPr>
              <w:t>平塚 貞人（岩手大学）</w:t>
            </w:r>
          </w:p>
        </w:tc>
      </w:tr>
      <w:tr w:rsidR="003D7BEE" w14:paraId="1EBA79EF" w14:textId="77777777" w:rsidTr="00D61DAE">
        <w:trPr>
          <w:jc w:val="center"/>
        </w:trPr>
        <w:tc>
          <w:tcPr>
            <w:tcW w:w="2272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4122F00A" w14:textId="77777777" w:rsidR="003D7BEE" w:rsidRDefault="003D7BEE" w:rsidP="00D61DAE">
            <w:pPr>
              <w:spacing w:after="0" w:line="420" w:lineRule="exact"/>
              <w:jc w:val="both"/>
            </w:pPr>
          </w:p>
        </w:tc>
        <w:tc>
          <w:tcPr>
            <w:tcW w:w="2154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745F747D" w14:textId="77777777" w:rsidR="003D7BEE" w:rsidRDefault="003D7BEE" w:rsidP="00D61DAE">
            <w:pPr>
              <w:spacing w:after="0" w:line="420" w:lineRule="exact"/>
              <w:jc w:val="center"/>
            </w:pPr>
            <w:r>
              <w:rPr>
                <w:sz w:val="18"/>
              </w:rPr>
              <w:t>14:30～15:40</w:t>
            </w:r>
          </w:p>
        </w:tc>
        <w:tc>
          <w:tcPr>
            <w:tcW w:w="3231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0D04DCD8" w14:textId="77777777" w:rsidR="003D7BEE" w:rsidRDefault="003D7BEE" w:rsidP="00D61DAE">
            <w:pPr>
              <w:spacing w:after="0" w:line="420" w:lineRule="exact"/>
              <w:jc w:val="both"/>
            </w:pPr>
            <w:r>
              <w:rPr>
                <w:b/>
                <w:sz w:val="18"/>
              </w:rPr>
              <w:t>金属の凝固と状態図</w:t>
            </w:r>
          </w:p>
        </w:tc>
        <w:tc>
          <w:tcPr>
            <w:tcW w:w="2665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0E9900A5" w14:textId="77777777" w:rsidR="003D7BEE" w:rsidRDefault="003D7BEE" w:rsidP="00D61DAE">
            <w:pPr>
              <w:spacing w:after="0" w:line="420" w:lineRule="exact"/>
              <w:jc w:val="both"/>
            </w:pPr>
            <w:r>
              <w:rPr>
                <w:sz w:val="18"/>
              </w:rPr>
              <w:t>及川 勝成（東北大学）</w:t>
            </w:r>
          </w:p>
        </w:tc>
      </w:tr>
      <w:tr w:rsidR="003D7BEE" w14:paraId="0C14C14F" w14:textId="77777777" w:rsidTr="00D61DAE">
        <w:trPr>
          <w:jc w:val="center"/>
        </w:trPr>
        <w:tc>
          <w:tcPr>
            <w:tcW w:w="2272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72E47DF1" w14:textId="77777777" w:rsidR="003D7BEE" w:rsidRDefault="003D7BEE" w:rsidP="00D61DAE">
            <w:pPr>
              <w:spacing w:after="0" w:line="420" w:lineRule="exact"/>
              <w:jc w:val="both"/>
            </w:pPr>
          </w:p>
        </w:tc>
        <w:tc>
          <w:tcPr>
            <w:tcW w:w="2154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42C088A0" w14:textId="77777777" w:rsidR="003D7BEE" w:rsidRDefault="003D7BEE" w:rsidP="00D61DAE">
            <w:pPr>
              <w:spacing w:after="0" w:line="420" w:lineRule="exact"/>
              <w:jc w:val="center"/>
            </w:pPr>
            <w:r>
              <w:rPr>
                <w:sz w:val="18"/>
              </w:rPr>
              <w:t>15:50～17:00</w:t>
            </w:r>
          </w:p>
        </w:tc>
        <w:tc>
          <w:tcPr>
            <w:tcW w:w="3231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6F46488D" w14:textId="77777777" w:rsidR="003D7BEE" w:rsidRDefault="003D7BEE" w:rsidP="00D61DAE">
            <w:pPr>
              <w:spacing w:after="0" w:line="420" w:lineRule="exact"/>
              <w:jc w:val="both"/>
              <w:rPr>
                <w:lang w:eastAsia="ja-JP"/>
              </w:rPr>
            </w:pPr>
            <w:r>
              <w:rPr>
                <w:b/>
                <w:sz w:val="18"/>
                <w:lang w:eastAsia="ja-JP"/>
              </w:rPr>
              <w:t>アルミニウム鋳造の基礎</w:t>
            </w:r>
          </w:p>
        </w:tc>
        <w:tc>
          <w:tcPr>
            <w:tcW w:w="2665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765A2EAC" w14:textId="77777777" w:rsidR="003D7BEE" w:rsidRDefault="003D7BEE" w:rsidP="00D61DAE">
            <w:pPr>
              <w:spacing w:after="0" w:line="420" w:lineRule="exact"/>
              <w:jc w:val="both"/>
              <w:rPr>
                <w:sz w:val="18"/>
                <w:lang w:eastAsia="ja-JP"/>
              </w:rPr>
            </w:pPr>
            <w:r>
              <w:rPr>
                <w:sz w:val="18"/>
                <w:lang w:eastAsia="ja-JP"/>
              </w:rPr>
              <w:t>鈴木 邦彦</w:t>
            </w:r>
          </w:p>
          <w:p w14:paraId="7CBD7A96" w14:textId="77777777" w:rsidR="003D7BEE" w:rsidRDefault="003D7BEE" w:rsidP="00D61DAE">
            <w:pPr>
              <w:spacing w:after="0" w:line="420" w:lineRule="exact"/>
              <w:jc w:val="both"/>
              <w:rPr>
                <w:lang w:eastAsia="ja-JP"/>
              </w:rPr>
            </w:pPr>
            <w:r>
              <w:rPr>
                <w:sz w:val="18"/>
                <w:lang w:eastAsia="ja-JP"/>
              </w:rPr>
              <w:t>（株式会社アルテックス）</w:t>
            </w:r>
          </w:p>
        </w:tc>
      </w:tr>
      <w:tr w:rsidR="003D7BEE" w14:paraId="2FD54B63" w14:textId="77777777" w:rsidTr="00D61DAE">
        <w:trPr>
          <w:jc w:val="center"/>
        </w:trPr>
        <w:tc>
          <w:tcPr>
            <w:tcW w:w="2272" w:type="dxa"/>
            <w:shd w:val="clear" w:color="auto" w:fill="FFF2CC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1348AE12" w14:textId="77777777" w:rsidR="003D7BEE" w:rsidRDefault="003D7BEE" w:rsidP="00D61DAE">
            <w:pPr>
              <w:spacing w:after="0" w:line="420" w:lineRule="exact"/>
              <w:jc w:val="both"/>
              <w:rPr>
                <w:lang w:eastAsia="ja-JP"/>
              </w:rPr>
            </w:pPr>
          </w:p>
        </w:tc>
        <w:tc>
          <w:tcPr>
            <w:tcW w:w="2154" w:type="dxa"/>
            <w:shd w:val="clear" w:color="auto" w:fill="FFF2CC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664AAF1F" w14:textId="77777777" w:rsidR="003D7BEE" w:rsidRDefault="003D7BEE" w:rsidP="00D61DAE">
            <w:pPr>
              <w:spacing w:after="0" w:line="420" w:lineRule="exact"/>
              <w:jc w:val="center"/>
            </w:pPr>
            <w:r>
              <w:rPr>
                <w:sz w:val="18"/>
              </w:rPr>
              <w:t>17:30～19:30</w:t>
            </w:r>
          </w:p>
        </w:tc>
        <w:tc>
          <w:tcPr>
            <w:tcW w:w="3231" w:type="dxa"/>
            <w:shd w:val="clear" w:color="auto" w:fill="FFF2CC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5A2D1625" w14:textId="77777777" w:rsidR="003D7BEE" w:rsidRDefault="003D7BEE" w:rsidP="00D61DAE">
            <w:pPr>
              <w:spacing w:after="0" w:line="420" w:lineRule="exact"/>
              <w:jc w:val="both"/>
            </w:pPr>
            <w:r>
              <w:rPr>
                <w:b/>
                <w:sz w:val="18"/>
              </w:rPr>
              <w:t>交流会</w:t>
            </w:r>
          </w:p>
        </w:tc>
        <w:tc>
          <w:tcPr>
            <w:tcW w:w="2665" w:type="dxa"/>
            <w:shd w:val="clear" w:color="auto" w:fill="FFF2CC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0EB77A23" w14:textId="77777777" w:rsidR="003D7BEE" w:rsidRPr="003D7BEE" w:rsidRDefault="003D7BEE" w:rsidP="00D61DAE">
            <w:pPr>
              <w:spacing w:after="0" w:line="420" w:lineRule="exact"/>
              <w:jc w:val="both"/>
              <w:rPr>
                <w:sz w:val="18"/>
                <w:szCs w:val="18"/>
              </w:rPr>
            </w:pPr>
            <w:r w:rsidRPr="003D7BEE">
              <w:rPr>
                <w:rFonts w:hint="eastAsia"/>
                <w:sz w:val="18"/>
                <w:szCs w:val="18"/>
                <w:lang w:eastAsia="ja-JP"/>
              </w:rPr>
              <w:t>こもれびカフェ</w:t>
            </w:r>
          </w:p>
        </w:tc>
      </w:tr>
      <w:tr w:rsidR="003D7BEE" w14:paraId="34872963" w14:textId="77777777" w:rsidTr="00D61DAE">
        <w:trPr>
          <w:jc w:val="center"/>
        </w:trPr>
        <w:tc>
          <w:tcPr>
            <w:tcW w:w="2272" w:type="dxa"/>
            <w:shd w:val="clear" w:color="auto" w:fill="EAF3F8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24B9D10F" w14:textId="77777777" w:rsidR="003D7BEE" w:rsidRDefault="003D7BEE" w:rsidP="00D61DAE">
            <w:pPr>
              <w:spacing w:after="0" w:line="420" w:lineRule="exact"/>
              <w:jc w:val="both"/>
            </w:pPr>
            <w:r>
              <w:rPr>
                <w:sz w:val="18"/>
              </w:rPr>
              <w:t>2日目　9月4日（金）</w:t>
            </w:r>
          </w:p>
        </w:tc>
        <w:tc>
          <w:tcPr>
            <w:tcW w:w="2154" w:type="dxa"/>
            <w:shd w:val="clear" w:color="auto" w:fill="EAF3F8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0795F9DB" w14:textId="77777777" w:rsidR="003D7BEE" w:rsidRDefault="003D7BEE" w:rsidP="00D61DAE">
            <w:pPr>
              <w:spacing w:after="0" w:line="420" w:lineRule="exact"/>
              <w:jc w:val="center"/>
            </w:pPr>
            <w:r>
              <w:rPr>
                <w:sz w:val="18"/>
              </w:rPr>
              <w:t>9:00～11:00</w:t>
            </w:r>
          </w:p>
        </w:tc>
        <w:tc>
          <w:tcPr>
            <w:tcW w:w="3231" w:type="dxa"/>
            <w:shd w:val="clear" w:color="auto" w:fill="EAF3F8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1F9EEC06" w14:textId="77777777" w:rsidR="003D7BEE" w:rsidRDefault="003D7BEE" w:rsidP="00D61DAE">
            <w:pPr>
              <w:spacing w:after="0" w:line="420" w:lineRule="exact"/>
              <w:jc w:val="both"/>
              <w:rPr>
                <w:lang w:eastAsia="ja-JP"/>
              </w:rPr>
            </w:pPr>
            <w:r>
              <w:rPr>
                <w:b/>
                <w:sz w:val="18"/>
                <w:lang w:eastAsia="ja-JP"/>
              </w:rPr>
              <w:t>鋳造シミュレーションの基礎と実習</w:t>
            </w:r>
          </w:p>
        </w:tc>
        <w:tc>
          <w:tcPr>
            <w:tcW w:w="2665" w:type="dxa"/>
            <w:shd w:val="clear" w:color="auto" w:fill="EAF3F8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2ED17520" w14:textId="77777777" w:rsidR="003D7BEE" w:rsidRDefault="003D7BEE" w:rsidP="00D61DAE">
            <w:pPr>
              <w:spacing w:after="0" w:line="420" w:lineRule="exact"/>
              <w:jc w:val="both"/>
            </w:pPr>
            <w:r>
              <w:rPr>
                <w:sz w:val="18"/>
              </w:rPr>
              <w:t>後藤 育壮（秋田大学）</w:t>
            </w:r>
          </w:p>
        </w:tc>
      </w:tr>
      <w:tr w:rsidR="003D7BEE" w14:paraId="2C42BFE4" w14:textId="77777777" w:rsidTr="00D61DAE">
        <w:trPr>
          <w:jc w:val="center"/>
        </w:trPr>
        <w:tc>
          <w:tcPr>
            <w:tcW w:w="2272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404B8FDC" w14:textId="77777777" w:rsidR="003D7BEE" w:rsidRDefault="003D7BEE" w:rsidP="00D61DAE">
            <w:pPr>
              <w:spacing w:after="0" w:line="420" w:lineRule="exact"/>
              <w:jc w:val="both"/>
            </w:pPr>
          </w:p>
        </w:tc>
        <w:tc>
          <w:tcPr>
            <w:tcW w:w="2154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2DDABD0B" w14:textId="77777777" w:rsidR="003D7BEE" w:rsidRDefault="003D7BEE" w:rsidP="00D61DAE">
            <w:pPr>
              <w:spacing w:after="0" w:line="420" w:lineRule="exact"/>
              <w:jc w:val="center"/>
            </w:pPr>
            <w:r>
              <w:rPr>
                <w:sz w:val="18"/>
              </w:rPr>
              <w:t>11:10～11:40</w:t>
            </w:r>
          </w:p>
        </w:tc>
        <w:tc>
          <w:tcPr>
            <w:tcW w:w="3231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3B932BD5" w14:textId="77777777" w:rsidR="003D7BEE" w:rsidRDefault="003D7BEE" w:rsidP="00D61DAE">
            <w:pPr>
              <w:spacing w:after="0" w:line="420" w:lineRule="exact"/>
              <w:jc w:val="both"/>
              <w:rPr>
                <w:lang w:eastAsia="ja-JP"/>
              </w:rPr>
            </w:pPr>
            <w:r>
              <w:rPr>
                <w:b/>
                <w:sz w:val="18"/>
                <w:lang w:eastAsia="ja-JP"/>
              </w:rPr>
              <w:t>YFE講演「3D技術を用いた砂型作製工程のDX化」</w:t>
            </w:r>
          </w:p>
        </w:tc>
        <w:tc>
          <w:tcPr>
            <w:tcW w:w="2665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1805663E" w14:textId="77777777" w:rsidR="003D7BEE" w:rsidRDefault="003D7BEE" w:rsidP="00D61DAE">
            <w:pPr>
              <w:spacing w:after="0" w:line="420" w:lineRule="exact"/>
              <w:jc w:val="both"/>
              <w:rPr>
                <w:sz w:val="18"/>
                <w:lang w:eastAsia="ja-JP"/>
              </w:rPr>
            </w:pPr>
            <w:r>
              <w:rPr>
                <w:sz w:val="18"/>
              </w:rPr>
              <w:t>小西 英理子</w:t>
            </w:r>
          </w:p>
          <w:p w14:paraId="22302687" w14:textId="77777777" w:rsidR="003D7BEE" w:rsidRDefault="003D7BEE" w:rsidP="00D61DAE">
            <w:pPr>
              <w:spacing w:after="0" w:line="420" w:lineRule="exact"/>
              <w:jc w:val="both"/>
            </w:pPr>
            <w:r>
              <w:rPr>
                <w:sz w:val="18"/>
              </w:rPr>
              <w:t>（株式会社小西鋳造）</w:t>
            </w:r>
          </w:p>
        </w:tc>
      </w:tr>
      <w:tr w:rsidR="003D7BEE" w14:paraId="7AF8CACA" w14:textId="77777777" w:rsidTr="00D61DAE">
        <w:trPr>
          <w:jc w:val="center"/>
        </w:trPr>
        <w:tc>
          <w:tcPr>
            <w:tcW w:w="2272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17C8662C" w14:textId="77777777" w:rsidR="003D7BEE" w:rsidRDefault="003D7BEE" w:rsidP="00D61DAE">
            <w:pPr>
              <w:spacing w:after="0" w:line="420" w:lineRule="exact"/>
              <w:jc w:val="both"/>
            </w:pPr>
          </w:p>
        </w:tc>
        <w:tc>
          <w:tcPr>
            <w:tcW w:w="2154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7E045F60" w14:textId="77777777" w:rsidR="003D7BEE" w:rsidRDefault="003D7BEE" w:rsidP="00D61DAE">
            <w:pPr>
              <w:spacing w:after="0" w:line="420" w:lineRule="exact"/>
              <w:jc w:val="center"/>
            </w:pPr>
            <w:r>
              <w:rPr>
                <w:sz w:val="18"/>
              </w:rPr>
              <w:t>11:40～12:00</w:t>
            </w:r>
          </w:p>
        </w:tc>
        <w:tc>
          <w:tcPr>
            <w:tcW w:w="3231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08CBEB53" w14:textId="77777777" w:rsidR="003D7BEE" w:rsidRDefault="003D7BEE" w:rsidP="00D61DAE">
            <w:pPr>
              <w:spacing w:after="0" w:line="420" w:lineRule="exact"/>
              <w:jc w:val="both"/>
            </w:pPr>
            <w:r>
              <w:rPr>
                <w:b/>
                <w:sz w:val="18"/>
              </w:rPr>
              <w:t>見学</w:t>
            </w:r>
          </w:p>
        </w:tc>
        <w:tc>
          <w:tcPr>
            <w:tcW w:w="2665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120F95F6" w14:textId="77777777" w:rsidR="003D7BEE" w:rsidRDefault="003D7BEE" w:rsidP="00D61DAE">
            <w:pPr>
              <w:spacing w:after="0" w:line="420" w:lineRule="exact"/>
              <w:jc w:val="both"/>
            </w:pPr>
            <w:r>
              <w:rPr>
                <w:sz w:val="18"/>
              </w:rPr>
              <w:t>及川研究室</w:t>
            </w:r>
          </w:p>
        </w:tc>
      </w:tr>
      <w:tr w:rsidR="003D7BEE" w14:paraId="41549205" w14:textId="77777777" w:rsidTr="00D61DAE">
        <w:trPr>
          <w:jc w:val="center"/>
        </w:trPr>
        <w:tc>
          <w:tcPr>
            <w:tcW w:w="2272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3588B213" w14:textId="77777777" w:rsidR="003D7BEE" w:rsidRDefault="003D7BEE" w:rsidP="00D61DAE">
            <w:pPr>
              <w:spacing w:after="0" w:line="420" w:lineRule="exact"/>
              <w:jc w:val="both"/>
            </w:pPr>
          </w:p>
        </w:tc>
        <w:tc>
          <w:tcPr>
            <w:tcW w:w="2154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58246522" w14:textId="77777777" w:rsidR="003D7BEE" w:rsidRDefault="003D7BEE" w:rsidP="00D61DAE">
            <w:pPr>
              <w:spacing w:after="0" w:line="420" w:lineRule="exact"/>
              <w:jc w:val="center"/>
            </w:pPr>
            <w:r>
              <w:rPr>
                <w:sz w:val="18"/>
              </w:rPr>
              <w:t>12:00～13:00</w:t>
            </w:r>
          </w:p>
        </w:tc>
        <w:tc>
          <w:tcPr>
            <w:tcW w:w="3231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0748A837" w14:textId="77777777" w:rsidR="003D7BEE" w:rsidRDefault="003D7BEE" w:rsidP="00D61DAE">
            <w:pPr>
              <w:spacing w:after="0" w:line="420" w:lineRule="exact"/>
              <w:jc w:val="both"/>
            </w:pPr>
            <w:r>
              <w:rPr>
                <w:b/>
                <w:sz w:val="18"/>
              </w:rPr>
              <w:t>昼休み</w:t>
            </w:r>
          </w:p>
        </w:tc>
        <w:tc>
          <w:tcPr>
            <w:tcW w:w="2665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0969F7D0" w14:textId="77777777" w:rsidR="003D7BEE" w:rsidRDefault="003D7BEE" w:rsidP="00D61DAE">
            <w:pPr>
              <w:spacing w:after="0" w:line="420" w:lineRule="exact"/>
              <w:jc w:val="both"/>
            </w:pPr>
          </w:p>
        </w:tc>
      </w:tr>
      <w:tr w:rsidR="003D7BEE" w14:paraId="73DBF145" w14:textId="77777777" w:rsidTr="00D61DAE">
        <w:trPr>
          <w:jc w:val="center"/>
        </w:trPr>
        <w:tc>
          <w:tcPr>
            <w:tcW w:w="2272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6472B124" w14:textId="77777777" w:rsidR="003D7BEE" w:rsidRDefault="003D7BEE" w:rsidP="00D61DAE">
            <w:pPr>
              <w:spacing w:after="0" w:line="420" w:lineRule="exact"/>
              <w:jc w:val="both"/>
            </w:pPr>
          </w:p>
        </w:tc>
        <w:tc>
          <w:tcPr>
            <w:tcW w:w="2154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1F029E6D" w14:textId="77777777" w:rsidR="003D7BEE" w:rsidRDefault="003D7BEE" w:rsidP="00D61DAE">
            <w:pPr>
              <w:spacing w:after="0" w:line="420" w:lineRule="exact"/>
              <w:jc w:val="center"/>
            </w:pPr>
            <w:r>
              <w:rPr>
                <w:sz w:val="18"/>
              </w:rPr>
              <w:t>13:00～14:40</w:t>
            </w:r>
          </w:p>
        </w:tc>
        <w:tc>
          <w:tcPr>
            <w:tcW w:w="3231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4284881A" w14:textId="77777777" w:rsidR="003D7BEE" w:rsidRDefault="003D7BEE" w:rsidP="00D61DAE">
            <w:pPr>
              <w:spacing w:after="0" w:line="420" w:lineRule="exact"/>
              <w:rPr>
                <w:lang w:eastAsia="ja-JP"/>
              </w:rPr>
            </w:pPr>
            <w:r>
              <w:rPr>
                <w:b/>
                <w:sz w:val="18"/>
                <w:lang w:eastAsia="ja-JP"/>
              </w:rPr>
              <w:t>鋳造材料の評価について</w:t>
            </w:r>
            <w:r>
              <w:rPr>
                <w:b/>
                <w:sz w:val="18"/>
                <w:lang w:eastAsia="ja-JP"/>
              </w:rPr>
              <w:br/>
              <w:t>（材料試験、組織観察、化学分析等）</w:t>
            </w:r>
          </w:p>
        </w:tc>
        <w:tc>
          <w:tcPr>
            <w:tcW w:w="2665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71661260" w14:textId="77777777" w:rsidR="003D7BEE" w:rsidRDefault="003D7BEE" w:rsidP="00D61DAE">
            <w:pPr>
              <w:spacing w:after="0" w:line="420" w:lineRule="exact"/>
              <w:jc w:val="both"/>
              <w:rPr>
                <w:lang w:eastAsia="ja-JP"/>
              </w:rPr>
            </w:pPr>
            <w:r>
              <w:rPr>
                <w:sz w:val="18"/>
                <w:lang w:eastAsia="ja-JP"/>
              </w:rPr>
              <w:t>松木 俊朗（山形県工業技術センター）</w:t>
            </w:r>
          </w:p>
        </w:tc>
      </w:tr>
      <w:tr w:rsidR="003D7BEE" w14:paraId="39F4EADA" w14:textId="77777777" w:rsidTr="00D61DAE">
        <w:trPr>
          <w:jc w:val="center"/>
        </w:trPr>
        <w:tc>
          <w:tcPr>
            <w:tcW w:w="2272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57C3E2C5" w14:textId="77777777" w:rsidR="003D7BEE" w:rsidRDefault="003D7BEE" w:rsidP="00D61DAE">
            <w:pPr>
              <w:spacing w:after="0" w:line="420" w:lineRule="exact"/>
              <w:jc w:val="both"/>
              <w:rPr>
                <w:lang w:eastAsia="ja-JP"/>
              </w:rPr>
            </w:pPr>
          </w:p>
        </w:tc>
        <w:tc>
          <w:tcPr>
            <w:tcW w:w="2154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10DF7F67" w14:textId="77777777" w:rsidR="003D7BEE" w:rsidRDefault="003D7BEE" w:rsidP="00D61DAE">
            <w:pPr>
              <w:spacing w:after="0" w:line="420" w:lineRule="exact"/>
              <w:jc w:val="center"/>
            </w:pPr>
            <w:r>
              <w:rPr>
                <w:sz w:val="18"/>
              </w:rPr>
              <w:t>15:00～15:40</w:t>
            </w:r>
          </w:p>
        </w:tc>
        <w:tc>
          <w:tcPr>
            <w:tcW w:w="3231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6927521B" w14:textId="77777777" w:rsidR="003D7BEE" w:rsidRDefault="003D7BEE" w:rsidP="00D61DAE">
            <w:pPr>
              <w:spacing w:after="0" w:line="420" w:lineRule="exact"/>
              <w:jc w:val="both"/>
              <w:rPr>
                <w:lang w:eastAsia="ja-JP"/>
              </w:rPr>
            </w:pPr>
            <w:r>
              <w:rPr>
                <w:b/>
                <w:sz w:val="18"/>
                <w:lang w:eastAsia="ja-JP"/>
              </w:rPr>
              <w:t>X線CTの基礎と事例</w:t>
            </w:r>
          </w:p>
        </w:tc>
        <w:tc>
          <w:tcPr>
            <w:tcW w:w="2665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2485BEC9" w14:textId="77777777" w:rsidR="003D7BEE" w:rsidRDefault="003D7BEE" w:rsidP="00D61DAE">
            <w:pPr>
              <w:spacing w:after="0" w:line="420" w:lineRule="exact"/>
              <w:jc w:val="both"/>
              <w:rPr>
                <w:lang w:eastAsia="ja-JP"/>
              </w:rPr>
            </w:pPr>
            <w:r>
              <w:rPr>
                <w:sz w:val="18"/>
                <w:lang w:eastAsia="ja-JP"/>
              </w:rPr>
              <w:t>内海 宏和（宮城県産業技術総合センター）</w:t>
            </w:r>
          </w:p>
        </w:tc>
      </w:tr>
      <w:tr w:rsidR="003D7BEE" w14:paraId="0335AEA9" w14:textId="77777777" w:rsidTr="00D61DAE">
        <w:trPr>
          <w:jc w:val="center"/>
        </w:trPr>
        <w:tc>
          <w:tcPr>
            <w:tcW w:w="2272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03E29221" w14:textId="77777777" w:rsidR="003D7BEE" w:rsidRDefault="003D7BEE" w:rsidP="00D61DAE">
            <w:pPr>
              <w:spacing w:after="0" w:line="420" w:lineRule="exact"/>
              <w:jc w:val="both"/>
              <w:rPr>
                <w:lang w:eastAsia="ja-JP"/>
              </w:rPr>
            </w:pPr>
          </w:p>
        </w:tc>
        <w:tc>
          <w:tcPr>
            <w:tcW w:w="2154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260CA2CE" w14:textId="77777777" w:rsidR="003D7BEE" w:rsidRDefault="003D7BEE" w:rsidP="00D61DAE">
            <w:pPr>
              <w:spacing w:after="0" w:line="420" w:lineRule="exact"/>
              <w:jc w:val="center"/>
            </w:pPr>
            <w:r>
              <w:rPr>
                <w:sz w:val="18"/>
              </w:rPr>
              <w:t>15:45～15:55</w:t>
            </w:r>
          </w:p>
        </w:tc>
        <w:tc>
          <w:tcPr>
            <w:tcW w:w="3231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4DCE6FC2" w14:textId="77777777" w:rsidR="003D7BEE" w:rsidRDefault="003D7BEE" w:rsidP="00D61DAE">
            <w:pPr>
              <w:spacing w:after="0" w:line="420" w:lineRule="exact"/>
              <w:jc w:val="both"/>
            </w:pPr>
            <w:r>
              <w:rPr>
                <w:b/>
                <w:sz w:val="18"/>
              </w:rPr>
              <w:t>閉講式</w:t>
            </w:r>
          </w:p>
        </w:tc>
        <w:tc>
          <w:tcPr>
            <w:tcW w:w="2665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03A244CA" w14:textId="77777777" w:rsidR="003D7BEE" w:rsidRDefault="003D7BEE" w:rsidP="00D61DAE">
            <w:pPr>
              <w:spacing w:after="0" w:line="420" w:lineRule="exact"/>
              <w:jc w:val="both"/>
            </w:pPr>
            <w:r>
              <w:rPr>
                <w:sz w:val="18"/>
              </w:rPr>
              <w:t>日本鋳造工学会東北支部 支部長　及川 勝成</w:t>
            </w:r>
          </w:p>
        </w:tc>
      </w:tr>
      <w:tr w:rsidR="003D7BEE" w14:paraId="228DCF04" w14:textId="77777777" w:rsidTr="00D61DAE">
        <w:trPr>
          <w:jc w:val="center"/>
        </w:trPr>
        <w:tc>
          <w:tcPr>
            <w:tcW w:w="2272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3D7A427E" w14:textId="77777777" w:rsidR="003D7BEE" w:rsidRDefault="003D7BEE" w:rsidP="00D61DAE">
            <w:pPr>
              <w:spacing w:after="0" w:line="420" w:lineRule="exact"/>
              <w:jc w:val="both"/>
            </w:pPr>
          </w:p>
        </w:tc>
        <w:tc>
          <w:tcPr>
            <w:tcW w:w="2154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16559EFD" w14:textId="77777777" w:rsidR="003D7BEE" w:rsidRDefault="003D7BEE" w:rsidP="00D61DAE">
            <w:pPr>
              <w:spacing w:after="0" w:line="420" w:lineRule="exact"/>
              <w:jc w:val="center"/>
            </w:pPr>
            <w:r>
              <w:rPr>
                <w:sz w:val="18"/>
              </w:rPr>
              <w:t>15:55～16:00</w:t>
            </w:r>
          </w:p>
        </w:tc>
        <w:tc>
          <w:tcPr>
            <w:tcW w:w="3231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6DC117C4" w14:textId="77777777" w:rsidR="003D7BEE" w:rsidRDefault="003D7BEE" w:rsidP="00D61DAE">
            <w:pPr>
              <w:spacing w:after="0" w:line="420" w:lineRule="exact"/>
              <w:jc w:val="both"/>
            </w:pPr>
            <w:r>
              <w:rPr>
                <w:b/>
                <w:sz w:val="18"/>
              </w:rPr>
              <w:t>集合写真撮影・解散</w:t>
            </w:r>
          </w:p>
        </w:tc>
        <w:tc>
          <w:tcPr>
            <w:tcW w:w="2665" w:type="dxa"/>
            <w:tcMar>
              <w:top w:w="85" w:type="dxa"/>
              <w:left w:w="75" w:type="dxa"/>
              <w:bottom w:w="85" w:type="dxa"/>
              <w:right w:w="75" w:type="dxa"/>
            </w:tcMar>
            <w:vAlign w:val="center"/>
          </w:tcPr>
          <w:p w14:paraId="23B99B76" w14:textId="77777777" w:rsidR="003D7BEE" w:rsidRDefault="003D7BEE" w:rsidP="00D61DAE">
            <w:pPr>
              <w:spacing w:after="0" w:line="420" w:lineRule="exact"/>
              <w:jc w:val="both"/>
            </w:pPr>
          </w:p>
        </w:tc>
      </w:tr>
    </w:tbl>
    <w:p w14:paraId="354B9B6E" w14:textId="77777777" w:rsidR="003D7BEE" w:rsidRDefault="003D7BEE" w:rsidP="003D7BEE">
      <w:pPr>
        <w:spacing w:before="120" w:after="20"/>
        <w:rPr>
          <w:lang w:eastAsia="ja-JP"/>
        </w:rPr>
      </w:pPr>
      <w:r>
        <w:rPr>
          <w:color w:val="666666"/>
          <w:sz w:val="18"/>
          <w:lang w:eastAsia="ja-JP"/>
        </w:rPr>
        <w:t>※講演題目・時間は、都合により変更となる場合があります。</w:t>
      </w:r>
    </w:p>
    <w:p w14:paraId="5824B970" w14:textId="77777777" w:rsidR="001F7CEE" w:rsidRPr="003D7BEE" w:rsidRDefault="001F7CEE">
      <w:pPr>
        <w:spacing w:before="80" w:after="40"/>
        <w:rPr>
          <w:b/>
          <w:color w:val="1F4E79"/>
          <w:sz w:val="25"/>
          <w:lang w:eastAsia="ja-JP"/>
        </w:rPr>
      </w:pPr>
    </w:p>
    <w:p w14:paraId="64A63BE9" w14:textId="77777777" w:rsidR="001F7CEE" w:rsidRDefault="001F7CEE" w:rsidP="001F7CEE">
      <w:pPr>
        <w:spacing w:before="80" w:after="40"/>
        <w:rPr>
          <w:b/>
          <w:color w:val="1F4E79"/>
          <w:sz w:val="25"/>
          <w:lang w:eastAsia="ja-JP"/>
        </w:rPr>
      </w:pPr>
    </w:p>
    <w:p w14:paraId="435A4ACE" w14:textId="422D731F" w:rsidR="001F7CEE" w:rsidRDefault="001F7CEE" w:rsidP="001F7CEE">
      <w:pPr>
        <w:spacing w:before="80" w:after="40"/>
        <w:rPr>
          <w:lang w:eastAsia="ja-JP"/>
        </w:rPr>
      </w:pPr>
      <w:r>
        <w:rPr>
          <w:rFonts w:hint="eastAsia"/>
          <w:b/>
          <w:color w:val="1F4E79"/>
          <w:sz w:val="25"/>
          <w:lang w:eastAsia="ja-JP"/>
        </w:rPr>
        <w:t>会場のご案内</w:t>
      </w:r>
    </w:p>
    <w:p w14:paraId="0B1FF77D" w14:textId="52187FAC" w:rsidR="001F7CEE" w:rsidRDefault="0015710B">
      <w:pPr>
        <w:spacing w:before="80" w:after="40"/>
        <w:rPr>
          <w:b/>
          <w:color w:val="1F4E79"/>
          <w:sz w:val="25"/>
          <w:lang w:eastAsia="ja-JP"/>
        </w:rPr>
      </w:pPr>
      <w:r>
        <w:rPr>
          <w:b/>
          <w:noProof/>
          <w:color w:val="1F4E79"/>
          <w:sz w:val="25"/>
          <w:lang w:eastAsia="ja-JP"/>
        </w:rPr>
        <w:drawing>
          <wp:anchor distT="0" distB="0" distL="114300" distR="114300" simplePos="0" relativeHeight="251658240" behindDoc="0" locked="0" layoutInCell="1" allowOverlap="1" wp14:anchorId="013A94C4" wp14:editId="5A8F6ECB">
            <wp:simplePos x="0" y="0"/>
            <wp:positionH relativeFrom="margin">
              <wp:posOffset>543560</wp:posOffset>
            </wp:positionH>
            <wp:positionV relativeFrom="paragraph">
              <wp:posOffset>142240</wp:posOffset>
            </wp:positionV>
            <wp:extent cx="5972175" cy="4841424"/>
            <wp:effectExtent l="0" t="0" r="0" b="0"/>
            <wp:wrapNone/>
            <wp:docPr id="1959608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84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C62B1A" w14:textId="3EA941E9" w:rsidR="001F7CEE" w:rsidRDefault="001F7CEE">
      <w:pPr>
        <w:spacing w:before="80" w:after="40"/>
        <w:rPr>
          <w:b/>
          <w:color w:val="1F4E79"/>
          <w:sz w:val="25"/>
          <w:lang w:eastAsia="ja-JP"/>
        </w:rPr>
      </w:pPr>
    </w:p>
    <w:p w14:paraId="5FF53E2D" w14:textId="0DF0FAEF" w:rsidR="001F7CEE" w:rsidRDefault="001F7CEE">
      <w:pPr>
        <w:spacing w:before="80" w:after="40"/>
        <w:rPr>
          <w:b/>
          <w:color w:val="1F4E79"/>
          <w:sz w:val="25"/>
          <w:lang w:eastAsia="ja-JP"/>
        </w:rPr>
      </w:pPr>
    </w:p>
    <w:p w14:paraId="0385D88F" w14:textId="0775A0C2" w:rsidR="001F7CEE" w:rsidRDefault="001F7CEE">
      <w:pPr>
        <w:spacing w:before="80" w:after="40"/>
        <w:rPr>
          <w:b/>
          <w:color w:val="1F4E79"/>
          <w:sz w:val="25"/>
          <w:lang w:eastAsia="ja-JP"/>
        </w:rPr>
      </w:pPr>
    </w:p>
    <w:p w14:paraId="45566C7E" w14:textId="0621E029" w:rsidR="001F7CEE" w:rsidRDefault="001F7CEE">
      <w:pPr>
        <w:spacing w:before="80" w:after="40"/>
        <w:rPr>
          <w:b/>
          <w:color w:val="1F4E79"/>
          <w:sz w:val="25"/>
          <w:lang w:eastAsia="ja-JP"/>
        </w:rPr>
      </w:pPr>
    </w:p>
    <w:p w14:paraId="7D579B77" w14:textId="301FE171" w:rsidR="001F7CEE" w:rsidRDefault="001F7CEE">
      <w:pPr>
        <w:spacing w:before="80" w:after="40"/>
        <w:rPr>
          <w:b/>
          <w:color w:val="1F4E79"/>
          <w:sz w:val="25"/>
          <w:lang w:eastAsia="ja-JP"/>
        </w:rPr>
      </w:pPr>
    </w:p>
    <w:p w14:paraId="41E4ED93" w14:textId="77777777" w:rsidR="001F7CEE" w:rsidRDefault="001F7CEE">
      <w:pPr>
        <w:spacing w:before="80" w:after="40"/>
        <w:rPr>
          <w:b/>
          <w:color w:val="1F4E79"/>
          <w:sz w:val="25"/>
          <w:lang w:eastAsia="ja-JP"/>
        </w:rPr>
      </w:pPr>
    </w:p>
    <w:p w14:paraId="38B938DB" w14:textId="77777777" w:rsidR="001F7CEE" w:rsidRDefault="001F7CEE">
      <w:pPr>
        <w:spacing w:before="80" w:after="40"/>
        <w:rPr>
          <w:b/>
          <w:color w:val="1F4E79"/>
          <w:sz w:val="25"/>
          <w:lang w:eastAsia="ja-JP"/>
        </w:rPr>
      </w:pPr>
    </w:p>
    <w:p w14:paraId="535E4044" w14:textId="77777777" w:rsidR="001F7CEE" w:rsidRDefault="001F7CEE">
      <w:pPr>
        <w:spacing w:before="80" w:after="40"/>
        <w:rPr>
          <w:b/>
          <w:color w:val="1F4E79"/>
          <w:sz w:val="25"/>
          <w:lang w:eastAsia="ja-JP"/>
        </w:rPr>
      </w:pPr>
    </w:p>
    <w:p w14:paraId="2B0847F8" w14:textId="77777777" w:rsidR="001F7CEE" w:rsidRDefault="001F7CEE">
      <w:pPr>
        <w:spacing w:before="80" w:after="40"/>
        <w:rPr>
          <w:b/>
          <w:color w:val="1F4E79"/>
          <w:sz w:val="25"/>
          <w:lang w:eastAsia="ja-JP"/>
        </w:rPr>
      </w:pPr>
    </w:p>
    <w:p w14:paraId="58208828" w14:textId="77777777" w:rsidR="001F7CEE" w:rsidRDefault="001F7CEE">
      <w:pPr>
        <w:spacing w:before="80" w:after="40"/>
        <w:rPr>
          <w:b/>
          <w:color w:val="1F4E79"/>
          <w:sz w:val="25"/>
          <w:lang w:eastAsia="ja-JP"/>
        </w:rPr>
      </w:pPr>
    </w:p>
    <w:p w14:paraId="6D1595BD" w14:textId="77777777" w:rsidR="001F7CEE" w:rsidRDefault="001F7CEE">
      <w:pPr>
        <w:spacing w:before="80" w:after="40"/>
        <w:rPr>
          <w:b/>
          <w:color w:val="1F4E79"/>
          <w:sz w:val="25"/>
          <w:lang w:eastAsia="ja-JP"/>
        </w:rPr>
      </w:pPr>
    </w:p>
    <w:p w14:paraId="3029A5AA" w14:textId="77777777" w:rsidR="003D7BEE" w:rsidRDefault="003D7BEE">
      <w:pPr>
        <w:spacing w:before="80" w:after="40"/>
        <w:rPr>
          <w:b/>
          <w:color w:val="1F4E79"/>
          <w:sz w:val="25"/>
          <w:lang w:eastAsia="ja-JP"/>
        </w:rPr>
      </w:pPr>
    </w:p>
    <w:p w14:paraId="52921701" w14:textId="77777777" w:rsidR="003D7BEE" w:rsidRDefault="003D7BEE">
      <w:pPr>
        <w:spacing w:before="80" w:after="40"/>
        <w:rPr>
          <w:b/>
          <w:color w:val="1F4E79"/>
          <w:sz w:val="25"/>
          <w:lang w:eastAsia="ja-JP"/>
        </w:rPr>
      </w:pPr>
    </w:p>
    <w:p w14:paraId="361504B6" w14:textId="3AA3564F" w:rsidR="003D7BEE" w:rsidRDefault="007332BB">
      <w:pPr>
        <w:spacing w:before="80" w:after="40"/>
        <w:rPr>
          <w:b/>
          <w:color w:val="1F4E79"/>
          <w:sz w:val="25"/>
          <w:lang w:eastAsia="ja-JP"/>
        </w:rPr>
      </w:pPr>
      <w:r>
        <w:rPr>
          <w:b/>
          <w:noProof/>
          <w:color w:val="1F4E79"/>
          <w:sz w:val="25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32E9BF" wp14:editId="16B15CE6">
                <wp:simplePos x="0" y="0"/>
                <wp:positionH relativeFrom="column">
                  <wp:posOffset>476885</wp:posOffset>
                </wp:positionH>
                <wp:positionV relativeFrom="paragraph">
                  <wp:posOffset>127635</wp:posOffset>
                </wp:positionV>
                <wp:extent cx="6067425" cy="352425"/>
                <wp:effectExtent l="0" t="0" r="9525" b="9525"/>
                <wp:wrapNone/>
                <wp:docPr id="81441523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3524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ECBBBE" w14:textId="1382AD29" w:rsidR="007332BB" w:rsidRPr="007332BB" w:rsidRDefault="007332BB" w:rsidP="007332BB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  <w:lang w:eastAsia="ja-JP"/>
                              </w:rPr>
                            </w:pPr>
                            <w:r w:rsidRPr="007332B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  <w:lang w:eastAsia="ja-JP"/>
                              </w:rPr>
                              <w:t>※会場には駐車場はございません。公共交通機関をご利用のうえ、ご来場ください。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32E9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7.55pt;margin-top:10.05pt;width:477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" fillcolor="#daeef3 [664]" stroked="f" strokeweight=".5pt">
                <v:textbox>
                  <w:txbxContent>
                    <w:p w14:paraId="7CECBBBE" w14:textId="1382AD29" w:rsidR="007332BB" w:rsidRPr="007332BB" w:rsidRDefault="007332BB" w:rsidP="007332BB">
                      <w:pPr>
                        <w:jc w:val="center"/>
                        <w:rPr>
                          <w:rFonts w:hint="eastAsia"/>
                          <w:b/>
                          <w:bCs/>
                          <w:sz w:val="24"/>
                          <w:szCs w:val="28"/>
                          <w:lang w:eastAsia="ja-JP"/>
                        </w:rPr>
                      </w:pPr>
                      <w:r w:rsidRPr="007332BB">
                        <w:rPr>
                          <w:rFonts w:hint="eastAsia"/>
                          <w:b/>
                          <w:bCs/>
                          <w:sz w:val="24"/>
                          <w:szCs w:val="28"/>
                          <w:lang w:eastAsia="ja-JP"/>
                        </w:rPr>
                        <w:t>※会場には駐車場はございません。公共交通機関をご利用のうえ、ご来場ください。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FC53E5C" w14:textId="77777777" w:rsidR="003D7BEE" w:rsidRDefault="003D7BEE">
      <w:pPr>
        <w:spacing w:before="80" w:after="40"/>
        <w:rPr>
          <w:b/>
          <w:color w:val="1F4E79"/>
          <w:sz w:val="25"/>
          <w:lang w:eastAsia="ja-JP"/>
        </w:rPr>
      </w:pPr>
    </w:p>
    <w:p w14:paraId="49D68BDE" w14:textId="5F6278E8" w:rsidR="00F6342E" w:rsidRDefault="00B177C6">
      <w:pPr>
        <w:spacing w:before="80" w:after="40"/>
        <w:rPr>
          <w:lang w:eastAsia="ja-JP"/>
        </w:rPr>
      </w:pPr>
      <w:r>
        <w:rPr>
          <w:b/>
          <w:color w:val="1F4E79"/>
          <w:sz w:val="25"/>
          <w:lang w:eastAsia="ja-JP"/>
        </w:rPr>
        <w:t>申込方法</w:t>
      </w:r>
    </w:p>
    <w:p w14:paraId="46C093BF" w14:textId="77777777" w:rsidR="00F6342E" w:rsidRDefault="00B177C6">
      <w:pPr>
        <w:spacing w:after="40"/>
        <w:rPr>
          <w:lang w:eastAsia="ja-JP"/>
        </w:rPr>
      </w:pPr>
      <w:r>
        <w:rPr>
          <w:sz w:val="20"/>
          <w:lang w:eastAsia="ja-JP"/>
        </w:rPr>
        <w:t>申込書に必要事項をご記入のうえ、E-mailまたはFAXでお申し込みください。</w:t>
      </w:r>
    </w:p>
    <w:p w14:paraId="64F0E6E4" w14:textId="77777777" w:rsidR="00F6342E" w:rsidRDefault="00B177C6">
      <w:pPr>
        <w:spacing w:after="0"/>
        <w:ind w:left="340"/>
        <w:rPr>
          <w:lang w:eastAsia="ja-JP"/>
        </w:rPr>
      </w:pPr>
      <w:r>
        <w:rPr>
          <w:b/>
          <w:sz w:val="20"/>
          <w:lang w:eastAsia="ja-JP"/>
        </w:rPr>
        <w:t>申込先：宮城県産業技術総合センター　内海 宏和</w:t>
      </w:r>
    </w:p>
    <w:p w14:paraId="08D6B73C" w14:textId="77777777" w:rsidR="00F6342E" w:rsidRDefault="00B177C6">
      <w:pPr>
        <w:spacing w:after="0"/>
        <w:ind w:left="340"/>
      </w:pPr>
      <w:r>
        <w:rPr>
          <w:sz w:val="20"/>
        </w:rPr>
        <w:t>E-mail：utsumi-hi280@pref.miyagi.lg.jp　　FAX：022-377-8712</w:t>
      </w:r>
    </w:p>
    <w:p w14:paraId="30403CAF" w14:textId="77777777" w:rsidR="00F6342E" w:rsidRDefault="00B177C6">
      <w:pPr>
        <w:spacing w:after="0"/>
        <w:ind w:left="340"/>
        <w:rPr>
          <w:lang w:eastAsia="ja-JP"/>
        </w:rPr>
      </w:pPr>
      <w:r>
        <w:rPr>
          <w:sz w:val="20"/>
          <w:lang w:eastAsia="ja-JP"/>
        </w:rPr>
        <w:t>TEL：022-377-8700</w:t>
      </w:r>
    </w:p>
    <w:p w14:paraId="2B64CEC8" w14:textId="77777777" w:rsidR="00F6342E" w:rsidRDefault="00B177C6">
      <w:pPr>
        <w:spacing w:before="80"/>
        <w:jc w:val="center"/>
        <w:rPr>
          <w:lang w:eastAsia="ja-JP"/>
        </w:rPr>
      </w:pPr>
      <w:r>
        <w:rPr>
          <w:b/>
          <w:color w:val="C00000"/>
          <w:sz w:val="22"/>
          <w:lang w:eastAsia="ja-JP"/>
        </w:rPr>
        <w:t>申込締切：令和8年8月20日（木）　※定員になり次第締め切ります。</w:t>
      </w:r>
    </w:p>
    <w:p w14:paraId="03B818A8" w14:textId="77777777" w:rsidR="00F6342E" w:rsidRDefault="00F6342E">
      <w:pPr>
        <w:rPr>
          <w:lang w:eastAsia="ja-JP"/>
        </w:rPr>
        <w:sectPr w:rsidR="00F6342E">
          <w:pgSz w:w="12240" w:h="15840"/>
          <w:pgMar w:top="794" w:right="794" w:bottom="794" w:left="794" w:header="397" w:footer="397" w:gutter="0"/>
          <w:cols w:space="720"/>
          <w:docGrid w:linePitch="360"/>
        </w:sectPr>
      </w:pPr>
    </w:p>
    <w:p w14:paraId="48968EB1" w14:textId="77777777" w:rsidR="00F6342E" w:rsidRDefault="00B177C6">
      <w:pPr>
        <w:jc w:val="center"/>
      </w:pPr>
      <w:r>
        <w:rPr>
          <w:b/>
          <w:color w:val="1F4E79"/>
          <w:sz w:val="32"/>
        </w:rPr>
        <w:lastRenderedPageBreak/>
        <w:t>第25回 夏期鋳造講座　参加申込書</w:t>
      </w:r>
    </w:p>
    <w:p w14:paraId="52ECF5D7" w14:textId="77777777" w:rsidR="00F6342E" w:rsidRDefault="00B177C6">
      <w:pPr>
        <w:jc w:val="right"/>
      </w:pPr>
      <w:r>
        <w:rPr>
          <w:sz w:val="20"/>
        </w:rPr>
        <w:t>2026年　　　月　　　日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685"/>
        <w:gridCol w:w="1701"/>
        <w:gridCol w:w="3685"/>
      </w:tblGrid>
      <w:tr w:rsidR="00F6342E" w14:paraId="765D38B4" w14:textId="77777777" w:rsidTr="0015710B">
        <w:trPr>
          <w:jc w:val="center"/>
        </w:trPr>
        <w:tc>
          <w:tcPr>
            <w:tcW w:w="1701" w:type="dxa"/>
            <w:shd w:val="clear" w:color="auto" w:fill="D9EAF7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67A01544" w14:textId="77777777" w:rsidR="00F6342E" w:rsidRDefault="00B177C6" w:rsidP="0015710B">
            <w:pPr>
              <w:spacing w:after="0" w:line="500" w:lineRule="exact"/>
              <w:jc w:val="center"/>
            </w:pPr>
            <w:r>
              <w:rPr>
                <w:b/>
                <w:color w:val="1F4E79"/>
                <w:sz w:val="20"/>
              </w:rPr>
              <w:t>企業等名</w:t>
            </w:r>
          </w:p>
        </w:tc>
        <w:tc>
          <w:tcPr>
            <w:tcW w:w="3685" w:type="dx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035CBB95" w14:textId="77777777" w:rsidR="00F6342E" w:rsidRDefault="00F6342E" w:rsidP="003D7BEE">
            <w:pPr>
              <w:spacing w:after="0" w:line="500" w:lineRule="exact"/>
            </w:pPr>
          </w:p>
        </w:tc>
        <w:tc>
          <w:tcPr>
            <w:tcW w:w="1701" w:type="dxa"/>
            <w:shd w:val="clear" w:color="auto" w:fill="D9EAF7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1794E97F" w14:textId="77777777" w:rsidR="00F6342E" w:rsidRDefault="00B177C6" w:rsidP="0015710B">
            <w:pPr>
              <w:spacing w:after="0" w:line="500" w:lineRule="exact"/>
              <w:jc w:val="center"/>
            </w:pPr>
            <w:r>
              <w:rPr>
                <w:b/>
                <w:color w:val="1F4E79"/>
                <w:sz w:val="20"/>
              </w:rPr>
              <w:t>所在地</w:t>
            </w:r>
          </w:p>
        </w:tc>
        <w:tc>
          <w:tcPr>
            <w:tcW w:w="3685" w:type="dxa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3A707C42" w14:textId="77777777" w:rsidR="0015710B" w:rsidRDefault="00B177C6" w:rsidP="0015710B">
            <w:pPr>
              <w:spacing w:after="0" w:line="500" w:lineRule="exact"/>
              <w:jc w:val="both"/>
              <w:rPr>
                <w:sz w:val="20"/>
                <w:lang w:eastAsia="ja-JP"/>
              </w:rPr>
            </w:pPr>
            <w:r>
              <w:rPr>
                <w:sz w:val="20"/>
              </w:rPr>
              <w:t>〒</w:t>
            </w:r>
          </w:p>
          <w:p w14:paraId="46CE609D" w14:textId="1A3A8CCE" w:rsidR="0015710B" w:rsidRPr="0015710B" w:rsidRDefault="0015710B" w:rsidP="0015710B">
            <w:pPr>
              <w:spacing w:after="0" w:line="500" w:lineRule="exact"/>
              <w:jc w:val="both"/>
              <w:rPr>
                <w:sz w:val="20"/>
                <w:lang w:eastAsia="ja-JP"/>
              </w:rPr>
            </w:pPr>
          </w:p>
        </w:tc>
      </w:tr>
      <w:tr w:rsidR="00F6342E" w14:paraId="03A0A18C" w14:textId="77777777">
        <w:trPr>
          <w:jc w:val="center"/>
        </w:trPr>
        <w:tc>
          <w:tcPr>
            <w:tcW w:w="1701" w:type="dxa"/>
            <w:shd w:val="clear" w:color="auto" w:fill="D9EAF7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1555124" w14:textId="77777777" w:rsidR="00F6342E" w:rsidRDefault="00B177C6" w:rsidP="003D7BEE">
            <w:pPr>
              <w:spacing w:after="0" w:line="500" w:lineRule="exact"/>
              <w:jc w:val="center"/>
            </w:pPr>
            <w:r>
              <w:rPr>
                <w:b/>
                <w:color w:val="1F4E79"/>
                <w:sz w:val="20"/>
              </w:rPr>
              <w:t>TEL</w:t>
            </w:r>
          </w:p>
        </w:tc>
        <w:tc>
          <w:tcPr>
            <w:tcW w:w="3685" w:type="dxa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7116C6BD" w14:textId="77777777" w:rsidR="00F6342E" w:rsidRDefault="00F6342E" w:rsidP="003D7BEE">
            <w:pPr>
              <w:spacing w:after="0" w:line="500" w:lineRule="exact"/>
            </w:pPr>
          </w:p>
        </w:tc>
        <w:tc>
          <w:tcPr>
            <w:tcW w:w="1701" w:type="dxa"/>
            <w:shd w:val="clear" w:color="auto" w:fill="D9EAF7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11D339D3" w14:textId="77777777" w:rsidR="00F6342E" w:rsidRDefault="00B177C6" w:rsidP="003D7BEE">
            <w:pPr>
              <w:spacing w:after="0" w:line="500" w:lineRule="exact"/>
              <w:jc w:val="center"/>
            </w:pPr>
            <w:r>
              <w:rPr>
                <w:b/>
                <w:color w:val="1F4E79"/>
                <w:sz w:val="20"/>
              </w:rPr>
              <w:t>FAX</w:t>
            </w:r>
          </w:p>
        </w:tc>
        <w:tc>
          <w:tcPr>
            <w:tcW w:w="3685" w:type="dxa"/>
            <w:tcMar>
              <w:top w:w="130" w:type="dxa"/>
              <w:left w:w="100" w:type="dxa"/>
              <w:bottom w:w="130" w:type="dxa"/>
              <w:right w:w="100" w:type="dxa"/>
            </w:tcMar>
          </w:tcPr>
          <w:p w14:paraId="6F5DFC30" w14:textId="77777777" w:rsidR="00F6342E" w:rsidRDefault="00F6342E" w:rsidP="003D7BEE">
            <w:pPr>
              <w:spacing w:after="0" w:line="500" w:lineRule="exact"/>
            </w:pPr>
          </w:p>
        </w:tc>
      </w:tr>
    </w:tbl>
    <w:p w14:paraId="44621EBF" w14:textId="77777777" w:rsidR="00F6342E" w:rsidRDefault="00B177C6">
      <w:pPr>
        <w:spacing w:before="160" w:after="60"/>
      </w:pPr>
      <w:r>
        <w:rPr>
          <w:b/>
          <w:color w:val="1F4E79"/>
          <w:sz w:val="24"/>
        </w:rPr>
        <w:t>参加者</w:t>
      </w:r>
    </w:p>
    <w:tbl>
      <w:tblPr>
        <w:tblW w:w="10658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3118"/>
        <w:gridCol w:w="3118"/>
        <w:gridCol w:w="1154"/>
        <w:gridCol w:w="1154"/>
        <w:gridCol w:w="1155"/>
      </w:tblGrid>
      <w:tr w:rsidR="00F6342E" w14:paraId="4124CC69" w14:textId="77777777" w:rsidTr="003D7BEE">
        <w:trPr>
          <w:jc w:val="center"/>
        </w:trPr>
        <w:tc>
          <w:tcPr>
            <w:tcW w:w="959" w:type="dxa"/>
            <w:shd w:val="clear" w:color="auto" w:fill="1F4E79"/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034269A5" w14:textId="77777777" w:rsidR="00F6342E" w:rsidRDefault="00B177C6" w:rsidP="003D7BEE">
            <w:pPr>
              <w:spacing w:after="0" w:line="500" w:lineRule="exact"/>
              <w:jc w:val="center"/>
            </w:pPr>
            <w:r>
              <w:rPr>
                <w:b/>
                <w:color w:val="FFFFFF"/>
                <w:sz w:val="19"/>
              </w:rPr>
              <w:t>No.</w:t>
            </w:r>
          </w:p>
        </w:tc>
        <w:tc>
          <w:tcPr>
            <w:tcW w:w="3118" w:type="dxa"/>
            <w:shd w:val="clear" w:color="auto" w:fill="1F4E79"/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25DB93C5" w14:textId="77777777" w:rsidR="00F6342E" w:rsidRDefault="00B177C6" w:rsidP="003D7BEE">
            <w:pPr>
              <w:spacing w:after="0" w:line="500" w:lineRule="exact"/>
              <w:jc w:val="center"/>
            </w:pPr>
            <w:r>
              <w:rPr>
                <w:b/>
                <w:color w:val="FFFFFF"/>
                <w:sz w:val="19"/>
              </w:rPr>
              <w:t>氏名</w:t>
            </w:r>
          </w:p>
        </w:tc>
        <w:tc>
          <w:tcPr>
            <w:tcW w:w="3118" w:type="dxa"/>
            <w:shd w:val="clear" w:color="auto" w:fill="1F4E79"/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73C0A237" w14:textId="77777777" w:rsidR="00F6342E" w:rsidRDefault="00B177C6" w:rsidP="003D7BEE">
            <w:pPr>
              <w:spacing w:after="0" w:line="500" w:lineRule="exact"/>
              <w:jc w:val="center"/>
            </w:pPr>
            <w:r>
              <w:rPr>
                <w:b/>
                <w:color w:val="FFFFFF"/>
                <w:sz w:val="19"/>
              </w:rPr>
              <w:t>E-mail</w:t>
            </w:r>
          </w:p>
        </w:tc>
        <w:tc>
          <w:tcPr>
            <w:tcW w:w="1154" w:type="dxa"/>
            <w:shd w:val="clear" w:color="auto" w:fill="1F4E79"/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401C0AEC" w14:textId="77777777" w:rsidR="00F6342E" w:rsidRDefault="00B177C6" w:rsidP="003D7BEE">
            <w:pPr>
              <w:spacing w:after="0" w:line="500" w:lineRule="exact"/>
              <w:jc w:val="center"/>
            </w:pPr>
            <w:r>
              <w:rPr>
                <w:b/>
                <w:color w:val="FFFFFF"/>
                <w:sz w:val="19"/>
              </w:rPr>
              <w:t>9/3</w:t>
            </w:r>
            <w:r>
              <w:rPr>
                <w:b/>
                <w:color w:val="FFFFFF"/>
                <w:sz w:val="19"/>
              </w:rPr>
              <w:br/>
              <w:t>（木）</w:t>
            </w:r>
          </w:p>
        </w:tc>
        <w:tc>
          <w:tcPr>
            <w:tcW w:w="1154" w:type="dxa"/>
            <w:shd w:val="clear" w:color="auto" w:fill="1F4E79"/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0EDBCBCA" w14:textId="77777777" w:rsidR="00F6342E" w:rsidRDefault="00B177C6" w:rsidP="003D7BEE">
            <w:pPr>
              <w:spacing w:after="0" w:line="500" w:lineRule="exact"/>
              <w:jc w:val="center"/>
            </w:pPr>
            <w:r>
              <w:rPr>
                <w:b/>
                <w:color w:val="FFFFFF"/>
                <w:sz w:val="19"/>
              </w:rPr>
              <w:t>9/4</w:t>
            </w:r>
            <w:r>
              <w:rPr>
                <w:b/>
                <w:color w:val="FFFFFF"/>
                <w:sz w:val="19"/>
              </w:rPr>
              <w:br/>
              <w:t>（金）</w:t>
            </w:r>
          </w:p>
        </w:tc>
        <w:tc>
          <w:tcPr>
            <w:tcW w:w="1155" w:type="dxa"/>
            <w:shd w:val="clear" w:color="auto" w:fill="1F4E79"/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3278052F" w14:textId="77777777" w:rsidR="00F6342E" w:rsidRDefault="00B177C6" w:rsidP="003D7BEE">
            <w:pPr>
              <w:spacing w:after="0" w:line="500" w:lineRule="exact"/>
              <w:jc w:val="center"/>
              <w:rPr>
                <w:b/>
                <w:color w:val="FFFFFF"/>
                <w:sz w:val="19"/>
                <w:lang w:eastAsia="ja-JP"/>
              </w:rPr>
            </w:pPr>
            <w:r>
              <w:rPr>
                <w:b/>
                <w:color w:val="FFFFFF"/>
                <w:sz w:val="19"/>
              </w:rPr>
              <w:t>交流会</w:t>
            </w:r>
          </w:p>
          <w:p w14:paraId="2125C5DF" w14:textId="182B6B6D" w:rsidR="003D7BEE" w:rsidRDefault="003D7BEE" w:rsidP="003D7BEE">
            <w:pPr>
              <w:spacing w:after="0" w:line="500" w:lineRule="exact"/>
              <w:jc w:val="center"/>
              <w:rPr>
                <w:lang w:eastAsia="ja-JP"/>
              </w:rPr>
            </w:pPr>
            <w:r>
              <w:rPr>
                <w:rFonts w:hint="eastAsia"/>
                <w:b/>
                <w:color w:val="FFFFFF"/>
                <w:sz w:val="19"/>
                <w:lang w:eastAsia="ja-JP"/>
              </w:rPr>
              <w:t>9/3(木)</w:t>
            </w:r>
          </w:p>
        </w:tc>
      </w:tr>
      <w:tr w:rsidR="00F6342E" w14:paraId="753CE1FA" w14:textId="77777777" w:rsidTr="003D7BEE">
        <w:trPr>
          <w:jc w:val="center"/>
        </w:trPr>
        <w:tc>
          <w:tcPr>
            <w:tcW w:w="959" w:type="dxa"/>
            <w:tcMar>
              <w:top w:w="220" w:type="dxa"/>
              <w:left w:w="80" w:type="dxa"/>
              <w:bottom w:w="220" w:type="dxa"/>
              <w:right w:w="80" w:type="dxa"/>
            </w:tcMar>
            <w:vAlign w:val="center"/>
          </w:tcPr>
          <w:p w14:paraId="3BC2AE2A" w14:textId="77777777" w:rsidR="00F6342E" w:rsidRDefault="00B177C6" w:rsidP="003D7BEE">
            <w:pPr>
              <w:spacing w:after="0" w:line="500" w:lineRule="exact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3118" w:type="dxa"/>
            <w:tcMar>
              <w:top w:w="220" w:type="dxa"/>
              <w:left w:w="80" w:type="dxa"/>
              <w:bottom w:w="220" w:type="dxa"/>
              <w:right w:w="80" w:type="dxa"/>
            </w:tcMar>
            <w:vAlign w:val="center"/>
          </w:tcPr>
          <w:p w14:paraId="36A048D1" w14:textId="77777777" w:rsidR="00F6342E" w:rsidRDefault="00F6342E" w:rsidP="003D7BEE">
            <w:pPr>
              <w:spacing w:after="0" w:line="500" w:lineRule="exact"/>
              <w:jc w:val="center"/>
            </w:pPr>
          </w:p>
        </w:tc>
        <w:tc>
          <w:tcPr>
            <w:tcW w:w="3118" w:type="dxa"/>
            <w:tcMar>
              <w:top w:w="220" w:type="dxa"/>
              <w:left w:w="80" w:type="dxa"/>
              <w:bottom w:w="220" w:type="dxa"/>
              <w:right w:w="80" w:type="dxa"/>
            </w:tcMar>
            <w:vAlign w:val="center"/>
          </w:tcPr>
          <w:p w14:paraId="3E163F4F" w14:textId="77777777" w:rsidR="00F6342E" w:rsidRDefault="00F6342E" w:rsidP="003D7BEE">
            <w:pPr>
              <w:spacing w:after="0" w:line="500" w:lineRule="exact"/>
              <w:jc w:val="center"/>
            </w:pPr>
          </w:p>
        </w:tc>
        <w:tc>
          <w:tcPr>
            <w:tcW w:w="1154" w:type="dxa"/>
            <w:tcMar>
              <w:top w:w="220" w:type="dxa"/>
              <w:left w:w="80" w:type="dxa"/>
              <w:bottom w:w="220" w:type="dxa"/>
              <w:right w:w="80" w:type="dxa"/>
            </w:tcMar>
            <w:vAlign w:val="center"/>
          </w:tcPr>
          <w:p w14:paraId="76879B2E" w14:textId="77777777" w:rsidR="00F6342E" w:rsidRDefault="00F6342E" w:rsidP="003D7BEE">
            <w:pPr>
              <w:spacing w:after="0" w:line="500" w:lineRule="exact"/>
              <w:jc w:val="center"/>
            </w:pPr>
          </w:p>
        </w:tc>
        <w:tc>
          <w:tcPr>
            <w:tcW w:w="1154" w:type="dxa"/>
            <w:tcMar>
              <w:top w:w="220" w:type="dxa"/>
              <w:left w:w="80" w:type="dxa"/>
              <w:bottom w:w="220" w:type="dxa"/>
              <w:right w:w="80" w:type="dxa"/>
            </w:tcMar>
            <w:vAlign w:val="center"/>
          </w:tcPr>
          <w:p w14:paraId="4B59199D" w14:textId="77777777" w:rsidR="00F6342E" w:rsidRDefault="00F6342E" w:rsidP="003D7BEE">
            <w:pPr>
              <w:spacing w:after="0" w:line="500" w:lineRule="exact"/>
              <w:jc w:val="center"/>
            </w:pPr>
          </w:p>
        </w:tc>
        <w:tc>
          <w:tcPr>
            <w:tcW w:w="1155" w:type="dxa"/>
            <w:tcMar>
              <w:top w:w="220" w:type="dxa"/>
              <w:left w:w="80" w:type="dxa"/>
              <w:bottom w:w="220" w:type="dxa"/>
              <w:right w:w="80" w:type="dxa"/>
            </w:tcMar>
            <w:vAlign w:val="center"/>
          </w:tcPr>
          <w:p w14:paraId="34387713" w14:textId="77777777" w:rsidR="00F6342E" w:rsidRDefault="00F6342E" w:rsidP="003D7BEE">
            <w:pPr>
              <w:spacing w:after="0" w:line="500" w:lineRule="exact"/>
              <w:jc w:val="center"/>
            </w:pPr>
          </w:p>
        </w:tc>
      </w:tr>
      <w:tr w:rsidR="00F6342E" w14:paraId="521685F8" w14:textId="77777777" w:rsidTr="003D7BEE">
        <w:trPr>
          <w:jc w:val="center"/>
        </w:trPr>
        <w:tc>
          <w:tcPr>
            <w:tcW w:w="959" w:type="dxa"/>
            <w:tcMar>
              <w:top w:w="220" w:type="dxa"/>
              <w:left w:w="80" w:type="dxa"/>
              <w:bottom w:w="220" w:type="dxa"/>
              <w:right w:w="80" w:type="dxa"/>
            </w:tcMar>
            <w:vAlign w:val="center"/>
          </w:tcPr>
          <w:p w14:paraId="3BB61800" w14:textId="77777777" w:rsidR="00F6342E" w:rsidRDefault="00B177C6" w:rsidP="003D7BEE">
            <w:pPr>
              <w:spacing w:after="0" w:line="500" w:lineRule="exact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3118" w:type="dxa"/>
            <w:tcMar>
              <w:top w:w="220" w:type="dxa"/>
              <w:left w:w="80" w:type="dxa"/>
              <w:bottom w:w="220" w:type="dxa"/>
              <w:right w:w="80" w:type="dxa"/>
            </w:tcMar>
            <w:vAlign w:val="center"/>
          </w:tcPr>
          <w:p w14:paraId="53C38C4B" w14:textId="77777777" w:rsidR="00F6342E" w:rsidRDefault="00F6342E" w:rsidP="003D7BEE">
            <w:pPr>
              <w:spacing w:after="0" w:line="500" w:lineRule="exact"/>
              <w:jc w:val="center"/>
            </w:pPr>
          </w:p>
        </w:tc>
        <w:tc>
          <w:tcPr>
            <w:tcW w:w="3118" w:type="dxa"/>
            <w:tcMar>
              <w:top w:w="220" w:type="dxa"/>
              <w:left w:w="80" w:type="dxa"/>
              <w:bottom w:w="220" w:type="dxa"/>
              <w:right w:w="80" w:type="dxa"/>
            </w:tcMar>
            <w:vAlign w:val="center"/>
          </w:tcPr>
          <w:p w14:paraId="0FEA005A" w14:textId="77777777" w:rsidR="00F6342E" w:rsidRDefault="00F6342E" w:rsidP="003D7BEE">
            <w:pPr>
              <w:spacing w:after="0" w:line="500" w:lineRule="exact"/>
              <w:jc w:val="center"/>
            </w:pPr>
          </w:p>
        </w:tc>
        <w:tc>
          <w:tcPr>
            <w:tcW w:w="1154" w:type="dxa"/>
            <w:tcMar>
              <w:top w:w="220" w:type="dxa"/>
              <w:left w:w="80" w:type="dxa"/>
              <w:bottom w:w="220" w:type="dxa"/>
              <w:right w:w="80" w:type="dxa"/>
            </w:tcMar>
            <w:vAlign w:val="center"/>
          </w:tcPr>
          <w:p w14:paraId="1F1C2DC7" w14:textId="77777777" w:rsidR="00F6342E" w:rsidRDefault="00F6342E" w:rsidP="003D7BEE">
            <w:pPr>
              <w:spacing w:after="0" w:line="500" w:lineRule="exact"/>
              <w:jc w:val="center"/>
            </w:pPr>
          </w:p>
        </w:tc>
        <w:tc>
          <w:tcPr>
            <w:tcW w:w="1154" w:type="dxa"/>
            <w:tcMar>
              <w:top w:w="220" w:type="dxa"/>
              <w:left w:w="80" w:type="dxa"/>
              <w:bottom w:w="220" w:type="dxa"/>
              <w:right w:w="80" w:type="dxa"/>
            </w:tcMar>
            <w:vAlign w:val="center"/>
          </w:tcPr>
          <w:p w14:paraId="1714DDCC" w14:textId="77777777" w:rsidR="00F6342E" w:rsidRDefault="00F6342E" w:rsidP="003D7BEE">
            <w:pPr>
              <w:spacing w:after="0" w:line="500" w:lineRule="exact"/>
              <w:jc w:val="center"/>
            </w:pPr>
          </w:p>
        </w:tc>
        <w:tc>
          <w:tcPr>
            <w:tcW w:w="1155" w:type="dxa"/>
            <w:tcMar>
              <w:top w:w="220" w:type="dxa"/>
              <w:left w:w="80" w:type="dxa"/>
              <w:bottom w:w="220" w:type="dxa"/>
              <w:right w:w="80" w:type="dxa"/>
            </w:tcMar>
            <w:vAlign w:val="center"/>
          </w:tcPr>
          <w:p w14:paraId="168D9EEC" w14:textId="77777777" w:rsidR="00F6342E" w:rsidRDefault="00F6342E" w:rsidP="003D7BEE">
            <w:pPr>
              <w:spacing w:after="0" w:line="500" w:lineRule="exact"/>
              <w:jc w:val="center"/>
            </w:pPr>
          </w:p>
        </w:tc>
      </w:tr>
      <w:tr w:rsidR="00F6342E" w14:paraId="08A1B0B1" w14:textId="77777777" w:rsidTr="003D7BEE">
        <w:trPr>
          <w:jc w:val="center"/>
        </w:trPr>
        <w:tc>
          <w:tcPr>
            <w:tcW w:w="959" w:type="dxa"/>
            <w:tcMar>
              <w:top w:w="220" w:type="dxa"/>
              <w:left w:w="80" w:type="dxa"/>
              <w:bottom w:w="220" w:type="dxa"/>
              <w:right w:w="80" w:type="dxa"/>
            </w:tcMar>
            <w:vAlign w:val="center"/>
          </w:tcPr>
          <w:p w14:paraId="451E6AD0" w14:textId="77777777" w:rsidR="00F6342E" w:rsidRDefault="00B177C6" w:rsidP="003D7BEE">
            <w:pPr>
              <w:spacing w:after="0" w:line="500" w:lineRule="exact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3118" w:type="dxa"/>
            <w:tcMar>
              <w:top w:w="220" w:type="dxa"/>
              <w:left w:w="80" w:type="dxa"/>
              <w:bottom w:w="220" w:type="dxa"/>
              <w:right w:w="80" w:type="dxa"/>
            </w:tcMar>
            <w:vAlign w:val="center"/>
          </w:tcPr>
          <w:p w14:paraId="3AF480BC" w14:textId="77777777" w:rsidR="00F6342E" w:rsidRDefault="00F6342E" w:rsidP="003D7BEE">
            <w:pPr>
              <w:spacing w:after="0" w:line="500" w:lineRule="exact"/>
              <w:jc w:val="center"/>
            </w:pPr>
          </w:p>
        </w:tc>
        <w:tc>
          <w:tcPr>
            <w:tcW w:w="3118" w:type="dxa"/>
            <w:tcMar>
              <w:top w:w="220" w:type="dxa"/>
              <w:left w:w="80" w:type="dxa"/>
              <w:bottom w:w="220" w:type="dxa"/>
              <w:right w:w="80" w:type="dxa"/>
            </w:tcMar>
            <w:vAlign w:val="center"/>
          </w:tcPr>
          <w:p w14:paraId="50FB7799" w14:textId="77777777" w:rsidR="00F6342E" w:rsidRDefault="00F6342E" w:rsidP="003D7BEE">
            <w:pPr>
              <w:spacing w:after="0" w:line="500" w:lineRule="exact"/>
              <w:jc w:val="center"/>
            </w:pPr>
          </w:p>
        </w:tc>
        <w:tc>
          <w:tcPr>
            <w:tcW w:w="1154" w:type="dxa"/>
            <w:tcMar>
              <w:top w:w="220" w:type="dxa"/>
              <w:left w:w="80" w:type="dxa"/>
              <w:bottom w:w="220" w:type="dxa"/>
              <w:right w:w="80" w:type="dxa"/>
            </w:tcMar>
            <w:vAlign w:val="center"/>
          </w:tcPr>
          <w:p w14:paraId="5A28177A" w14:textId="77777777" w:rsidR="00F6342E" w:rsidRDefault="00F6342E" w:rsidP="003D7BEE">
            <w:pPr>
              <w:spacing w:after="0" w:line="500" w:lineRule="exact"/>
              <w:jc w:val="center"/>
            </w:pPr>
          </w:p>
        </w:tc>
        <w:tc>
          <w:tcPr>
            <w:tcW w:w="1154" w:type="dxa"/>
            <w:tcMar>
              <w:top w:w="220" w:type="dxa"/>
              <w:left w:w="80" w:type="dxa"/>
              <w:bottom w:w="220" w:type="dxa"/>
              <w:right w:w="80" w:type="dxa"/>
            </w:tcMar>
            <w:vAlign w:val="center"/>
          </w:tcPr>
          <w:p w14:paraId="4F197691" w14:textId="77777777" w:rsidR="00F6342E" w:rsidRDefault="00F6342E" w:rsidP="003D7BEE">
            <w:pPr>
              <w:spacing w:after="0" w:line="500" w:lineRule="exact"/>
              <w:jc w:val="center"/>
            </w:pPr>
          </w:p>
        </w:tc>
        <w:tc>
          <w:tcPr>
            <w:tcW w:w="1155" w:type="dxa"/>
            <w:tcMar>
              <w:top w:w="220" w:type="dxa"/>
              <w:left w:w="80" w:type="dxa"/>
              <w:bottom w:w="220" w:type="dxa"/>
              <w:right w:w="80" w:type="dxa"/>
            </w:tcMar>
            <w:vAlign w:val="center"/>
          </w:tcPr>
          <w:p w14:paraId="1EE66AF3" w14:textId="77777777" w:rsidR="00F6342E" w:rsidRDefault="00F6342E" w:rsidP="003D7BEE">
            <w:pPr>
              <w:spacing w:after="0" w:line="500" w:lineRule="exact"/>
              <w:jc w:val="center"/>
            </w:pPr>
          </w:p>
        </w:tc>
      </w:tr>
    </w:tbl>
    <w:p w14:paraId="3E04238F" w14:textId="77777777" w:rsidR="00F6342E" w:rsidRDefault="00B177C6">
      <w:pPr>
        <w:spacing w:before="140" w:after="20"/>
        <w:rPr>
          <w:lang w:eastAsia="ja-JP"/>
        </w:rPr>
      </w:pPr>
      <w:r>
        <w:rPr>
          <w:sz w:val="19"/>
          <w:lang w:eastAsia="ja-JP"/>
        </w:rPr>
        <w:t>※参加する日および交流会の欄に○印を付けてください。</w:t>
      </w:r>
    </w:p>
    <w:p w14:paraId="3FD4F3B3" w14:textId="77777777" w:rsidR="00F6342E" w:rsidRDefault="00B177C6">
      <w:pPr>
        <w:spacing w:after="20"/>
        <w:rPr>
          <w:lang w:eastAsia="ja-JP"/>
        </w:rPr>
      </w:pPr>
      <w:r>
        <w:rPr>
          <w:sz w:val="19"/>
          <w:lang w:eastAsia="ja-JP"/>
        </w:rPr>
        <w:t>※参加費および交流会費は、受付時にお支払いください。</w:t>
      </w:r>
    </w:p>
    <w:p w14:paraId="6795F031" w14:textId="77777777" w:rsidR="00F6342E" w:rsidRDefault="00B177C6">
      <w:pPr>
        <w:spacing w:after="120"/>
        <w:rPr>
          <w:lang w:eastAsia="ja-JP"/>
        </w:rPr>
      </w:pPr>
      <w:r>
        <w:rPr>
          <w:sz w:val="19"/>
          <w:lang w:eastAsia="ja-JP"/>
        </w:rPr>
        <w:t>※宿泊は各自でお申し込みください。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F6342E" w14:paraId="0CC3A78A" w14:textId="77777777">
        <w:trPr>
          <w:jc w:val="center"/>
        </w:trPr>
        <w:tc>
          <w:tcPr>
            <w:tcW w:w="10426" w:type="dxa"/>
            <w:shd w:val="clear" w:color="auto" w:fill="F2F2F2"/>
            <w:tcMar>
              <w:top w:w="130" w:type="dxa"/>
              <w:left w:w="180" w:type="dxa"/>
              <w:bottom w:w="130" w:type="dxa"/>
              <w:right w:w="180" w:type="dxa"/>
            </w:tcMar>
          </w:tcPr>
          <w:p w14:paraId="7E2C83A7" w14:textId="77777777" w:rsidR="00F6342E" w:rsidRDefault="00B177C6">
            <w:pPr>
              <w:rPr>
                <w:lang w:eastAsia="ja-JP"/>
              </w:rPr>
            </w:pPr>
            <w:r>
              <w:rPr>
                <w:b/>
                <w:color w:val="1F4E79"/>
                <w:lang w:eastAsia="ja-JP"/>
              </w:rPr>
              <w:t>送付先</w:t>
            </w:r>
            <w:r>
              <w:rPr>
                <w:sz w:val="20"/>
                <w:lang w:eastAsia="ja-JP"/>
              </w:rPr>
              <w:br/>
              <w:t>宮城県産業技術総合センター　内海 宏和 あて</w:t>
            </w:r>
            <w:r>
              <w:rPr>
                <w:sz w:val="20"/>
                <w:lang w:eastAsia="ja-JP"/>
              </w:rPr>
              <w:br/>
              <w:t>E-mail：utsumi-hi280@pref.miyagi.lg.jp　　FAX：022-377-8712</w:t>
            </w:r>
          </w:p>
        </w:tc>
      </w:tr>
    </w:tbl>
    <w:p w14:paraId="48FF1500" w14:textId="77777777" w:rsidR="00B177C6" w:rsidRDefault="00B177C6">
      <w:pPr>
        <w:rPr>
          <w:lang w:eastAsia="ja-JP"/>
        </w:rPr>
      </w:pPr>
    </w:p>
    <w:sectPr w:rsidR="00B177C6" w:rsidSect="00034616">
      <w:pgSz w:w="12240" w:h="15840"/>
      <w:pgMar w:top="794" w:right="907" w:bottom="794" w:left="90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9629364">
    <w:abstractNumId w:val="8"/>
  </w:num>
  <w:num w:numId="2" w16cid:durableId="388463278">
    <w:abstractNumId w:val="6"/>
  </w:num>
  <w:num w:numId="3" w16cid:durableId="1430082397">
    <w:abstractNumId w:val="5"/>
  </w:num>
  <w:num w:numId="4" w16cid:durableId="1720519552">
    <w:abstractNumId w:val="4"/>
  </w:num>
  <w:num w:numId="5" w16cid:durableId="173345756">
    <w:abstractNumId w:val="7"/>
  </w:num>
  <w:num w:numId="6" w16cid:durableId="325520168">
    <w:abstractNumId w:val="3"/>
  </w:num>
  <w:num w:numId="7" w16cid:durableId="360978112">
    <w:abstractNumId w:val="2"/>
  </w:num>
  <w:num w:numId="8" w16cid:durableId="1555462951">
    <w:abstractNumId w:val="1"/>
  </w:num>
  <w:num w:numId="9" w16cid:durableId="323971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B15"/>
    <w:rsid w:val="00034616"/>
    <w:rsid w:val="0006063C"/>
    <w:rsid w:val="000C2194"/>
    <w:rsid w:val="0015074B"/>
    <w:rsid w:val="0015710B"/>
    <w:rsid w:val="001F7CEE"/>
    <w:rsid w:val="0029639D"/>
    <w:rsid w:val="00326F90"/>
    <w:rsid w:val="003D7BEE"/>
    <w:rsid w:val="007332BB"/>
    <w:rsid w:val="00753CB7"/>
    <w:rsid w:val="009A5561"/>
    <w:rsid w:val="00AA1D8D"/>
    <w:rsid w:val="00B177C6"/>
    <w:rsid w:val="00B47730"/>
    <w:rsid w:val="00CB0664"/>
    <w:rsid w:val="00F634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817741"/>
  <w14:defaultImageDpi w14:val="300"/>
  <w15:docId w15:val="{B5745921-ECD4-49D3-A423-806548D1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Yu Gothic" w:eastAsia="Yu Gothic" w:hAnsi="Yu Gothic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257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内海　宏和</cp:lastModifiedBy>
  <cp:revision>3</cp:revision>
  <dcterms:created xsi:type="dcterms:W3CDTF">2026-06-29T08:52:00Z</dcterms:created>
  <dcterms:modified xsi:type="dcterms:W3CDTF">2026-06-29T09:01:00Z</dcterms:modified>
  <cp:category/>
</cp:coreProperties>
</file>